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50EEE" w14:textId="77777777" w:rsidR="0076094B" w:rsidRDefault="00D366D8">
      <w:pPr>
        <w:pStyle w:val="Titel"/>
      </w:pPr>
      <w:r>
        <w:t>Mustervertrag zur Tierübernahme / Vermittlung</w:t>
      </w:r>
    </w:p>
    <w:p w14:paraId="5EEAAD7B" w14:textId="77777777" w:rsidR="0076094B" w:rsidRDefault="00D366D8">
      <w:pPr>
        <w:spacing w:after="200"/>
      </w:pPr>
      <w:r>
        <w:rPr>
          <w:i/>
          <w:color w:val="5C6661"/>
        </w:rPr>
        <w:t>Für die private Tierabgabe und als Arbeitsgrundlage für Vermittlungen</w:t>
      </w:r>
    </w:p>
    <w:tbl>
      <w:tblPr>
        <w:tblW w:w="0" w:type="auto"/>
        <w:jc w:val="center"/>
        <w:tblLook w:val="04A0" w:firstRow="1" w:lastRow="0" w:firstColumn="1" w:lastColumn="0" w:noHBand="0" w:noVBand="1"/>
      </w:tblPr>
      <w:tblGrid>
        <w:gridCol w:w="9972"/>
      </w:tblGrid>
      <w:tr w:rsidR="0076094B" w14:paraId="76CF7056" w14:textId="77777777">
        <w:trPr>
          <w:jc w:val="center"/>
        </w:trPr>
        <w:tc>
          <w:tcPr>
            <w:tcW w:w="9972" w:type="dxa"/>
            <w:shd w:val="clear" w:color="auto" w:fill="EEF3F0"/>
            <w:tcMar>
              <w:top w:w="130" w:type="dxa"/>
              <w:left w:w="150" w:type="dxa"/>
              <w:bottom w:w="130" w:type="dxa"/>
              <w:right w:w="150" w:type="dxa"/>
            </w:tcMar>
          </w:tcPr>
          <w:p w14:paraId="6C0E2C89" w14:textId="77777777" w:rsidR="0076094B" w:rsidRDefault="00D366D8">
            <w:r>
              <w:rPr>
                <w:rFonts w:ascii="Cambria" w:hAnsi="Cambria"/>
                <w:b/>
                <w:color w:val="40584D"/>
              </w:rPr>
              <w:t>Wichtiger Hinweis</w:t>
            </w:r>
            <w:r>
              <w:rPr>
                <w:rFonts w:ascii="Cambria" w:hAnsi="Cambria"/>
                <w:b/>
                <w:color w:val="40584D"/>
              </w:rPr>
              <w:br/>
            </w:r>
            <w:r>
              <w:rPr>
                <w:color w:val="26332E"/>
                <w:sz w:val="21"/>
              </w:rPr>
              <w:t>Diese Vorlage ist eine allgemeine Arbeitshilfe und keine Rechtsberatung. Vertragsklauseln müssen zur konkreten Vermittlung, zur Rolle der Parteien und zum Einzelfall passen. Wer die Vorlage regelmäßig als Verein, Organisation oder gewerblicher Anbieter nutzt, sollte sie vor dem Einsatz rechtlich prüfen lassen. Die Bezeichnung „Schutzgebühr“ oder „Vermittlung“ entscheidet nicht allein über die rechtliche Einordnung des Vertrags.</w:t>
            </w:r>
          </w:p>
        </w:tc>
      </w:tr>
    </w:tbl>
    <w:p w14:paraId="0F159B17" w14:textId="77777777" w:rsidR="0076094B" w:rsidRDefault="0076094B">
      <w:pPr>
        <w:spacing w:after="0"/>
      </w:pPr>
    </w:p>
    <w:p w14:paraId="4AEB80F8" w14:textId="77777777" w:rsidR="0076094B" w:rsidRDefault="00D366D8">
      <w:pPr>
        <w:rPr>
          <w:i/>
          <w:color w:val="5C6661"/>
          <w:sz w:val="18"/>
        </w:rPr>
      </w:pPr>
      <w:r>
        <w:rPr>
          <w:i/>
          <w:color w:val="5C6661"/>
          <w:sz w:val="18"/>
        </w:rPr>
        <w:t>Stand: Oktober 2026</w:t>
      </w:r>
    </w:p>
    <w:p w14:paraId="60CDA00F" w14:textId="77777777" w:rsidR="00A243B2" w:rsidRDefault="00A243B2"/>
    <w:p w14:paraId="47BF8C1A" w14:textId="77777777" w:rsidR="0076094B" w:rsidRDefault="00D366D8">
      <w:pPr>
        <w:pStyle w:val="berschrift1"/>
      </w:pPr>
      <w:r>
        <w:t>1. Vertragsparteien</w:t>
      </w:r>
    </w:p>
    <w:p w14:paraId="5705BA41" w14:textId="77777777" w:rsidR="00A243B2" w:rsidRDefault="00D366D8">
      <w:pPr>
        <w:spacing w:after="60"/>
        <w:rPr>
          <w:b/>
        </w:rPr>
      </w:pPr>
      <w:r>
        <w:rPr>
          <w:b/>
        </w:rPr>
        <w:t xml:space="preserve">Übergebende Person / Organisation: </w:t>
      </w:r>
    </w:p>
    <w:p w14:paraId="5FDF2667" w14:textId="77777777" w:rsidR="00A243B2" w:rsidRDefault="00A243B2">
      <w:pPr>
        <w:spacing w:after="60"/>
        <w:rPr>
          <w:b/>
        </w:rPr>
      </w:pPr>
    </w:p>
    <w:p w14:paraId="1A6E8B67" w14:textId="2CF891FF" w:rsidR="0076094B" w:rsidRDefault="00D366D8">
      <w:pPr>
        <w:spacing w:after="60"/>
      </w:pPr>
      <w:r>
        <w:t>_________________________________________________________________</w:t>
      </w:r>
    </w:p>
    <w:p w14:paraId="206B9A5E" w14:textId="77777777" w:rsidR="00A243B2" w:rsidRDefault="00A243B2">
      <w:pPr>
        <w:spacing w:after="60"/>
        <w:rPr>
          <w:b/>
        </w:rPr>
      </w:pPr>
    </w:p>
    <w:p w14:paraId="1DE6AC9C" w14:textId="11C7288E" w:rsidR="0076094B" w:rsidRDefault="00D366D8">
      <w:pPr>
        <w:spacing w:after="60"/>
      </w:pPr>
      <w:proofErr w:type="spellStart"/>
      <w:r>
        <w:rPr>
          <w:b/>
        </w:rPr>
        <w:t>Anschrift</w:t>
      </w:r>
      <w:proofErr w:type="spellEnd"/>
      <w:r>
        <w:rPr>
          <w:b/>
        </w:rPr>
        <w:t xml:space="preserve">: </w:t>
      </w:r>
      <w:r>
        <w:t>_________________________________________________________________</w:t>
      </w:r>
    </w:p>
    <w:p w14:paraId="3A7BE86F" w14:textId="77777777" w:rsidR="00A243B2" w:rsidRDefault="00A243B2">
      <w:pPr>
        <w:spacing w:after="60"/>
        <w:rPr>
          <w:b/>
        </w:rPr>
      </w:pPr>
    </w:p>
    <w:p w14:paraId="3578AD5F" w14:textId="5B0DC643" w:rsidR="0076094B" w:rsidRDefault="00D366D8">
      <w:pPr>
        <w:spacing w:after="60"/>
      </w:pPr>
      <w:proofErr w:type="spellStart"/>
      <w:r>
        <w:rPr>
          <w:b/>
        </w:rPr>
        <w:t>Telefon</w:t>
      </w:r>
      <w:proofErr w:type="spellEnd"/>
      <w:r>
        <w:rPr>
          <w:b/>
        </w:rPr>
        <w:t xml:space="preserve"> / E-Mail: </w:t>
      </w:r>
      <w:r>
        <w:t>_________________________________________________________________</w:t>
      </w:r>
    </w:p>
    <w:p w14:paraId="513B6284" w14:textId="77777777" w:rsidR="00A243B2" w:rsidRDefault="00A243B2">
      <w:pPr>
        <w:spacing w:after="60"/>
        <w:rPr>
          <w:b/>
        </w:rPr>
      </w:pPr>
    </w:p>
    <w:p w14:paraId="0AD43E58" w14:textId="77777777" w:rsidR="00A243B2" w:rsidRDefault="00A243B2">
      <w:pPr>
        <w:spacing w:after="60"/>
        <w:rPr>
          <w:b/>
        </w:rPr>
      </w:pPr>
    </w:p>
    <w:p w14:paraId="0E5544D9" w14:textId="0ED13468" w:rsidR="00A243B2" w:rsidRDefault="00D366D8">
      <w:pPr>
        <w:spacing w:after="60"/>
        <w:rPr>
          <w:b/>
        </w:rPr>
      </w:pPr>
      <w:proofErr w:type="spellStart"/>
      <w:r>
        <w:rPr>
          <w:b/>
        </w:rPr>
        <w:t>Übernehmende</w:t>
      </w:r>
      <w:proofErr w:type="spellEnd"/>
      <w:r>
        <w:rPr>
          <w:b/>
        </w:rPr>
        <w:t xml:space="preserve"> Person: </w:t>
      </w:r>
    </w:p>
    <w:p w14:paraId="719FE109" w14:textId="6E3F52B8" w:rsidR="0076094B" w:rsidRDefault="00D366D8">
      <w:pPr>
        <w:spacing w:after="60"/>
      </w:pPr>
      <w:r>
        <w:t>_________________________________________________________________</w:t>
      </w:r>
    </w:p>
    <w:p w14:paraId="21A8DC9D" w14:textId="77777777" w:rsidR="00A243B2" w:rsidRDefault="00A243B2">
      <w:pPr>
        <w:spacing w:after="60"/>
        <w:rPr>
          <w:b/>
        </w:rPr>
      </w:pPr>
    </w:p>
    <w:p w14:paraId="1D891A12" w14:textId="783EF0CD" w:rsidR="0076094B" w:rsidRDefault="00D366D8">
      <w:pPr>
        <w:spacing w:after="60"/>
      </w:pPr>
      <w:proofErr w:type="spellStart"/>
      <w:r>
        <w:rPr>
          <w:b/>
        </w:rPr>
        <w:t>Anschrift</w:t>
      </w:r>
      <w:proofErr w:type="spellEnd"/>
      <w:r>
        <w:rPr>
          <w:b/>
        </w:rPr>
        <w:t xml:space="preserve">: </w:t>
      </w:r>
      <w:r>
        <w:t>_________________________________________________________________</w:t>
      </w:r>
    </w:p>
    <w:p w14:paraId="170B1D0E" w14:textId="77777777" w:rsidR="00A243B2" w:rsidRDefault="00A243B2">
      <w:pPr>
        <w:spacing w:after="60"/>
        <w:rPr>
          <w:b/>
        </w:rPr>
      </w:pPr>
    </w:p>
    <w:p w14:paraId="2FB9EB7F" w14:textId="66243B7D" w:rsidR="0076094B" w:rsidRDefault="00D366D8">
      <w:pPr>
        <w:spacing w:after="60"/>
      </w:pPr>
      <w:proofErr w:type="spellStart"/>
      <w:r>
        <w:rPr>
          <w:b/>
        </w:rPr>
        <w:t>Telefon</w:t>
      </w:r>
      <w:proofErr w:type="spellEnd"/>
      <w:r>
        <w:rPr>
          <w:b/>
        </w:rPr>
        <w:t xml:space="preserve"> / E-Mail: </w:t>
      </w:r>
      <w:r>
        <w:t>_________________________________________________________________</w:t>
      </w:r>
    </w:p>
    <w:p w14:paraId="10690CF0" w14:textId="77777777" w:rsidR="00A243B2" w:rsidRDefault="00A243B2">
      <w:pPr>
        <w:spacing w:after="60"/>
      </w:pPr>
    </w:p>
    <w:p w14:paraId="18FEFE17" w14:textId="76C77730" w:rsidR="00A243B2" w:rsidRDefault="00D366D8">
      <w:pPr>
        <w:spacing w:after="80"/>
      </w:pPr>
      <w:r>
        <w:t>☐</w:t>
      </w:r>
      <w:r>
        <w:t xml:space="preserve"> Identität wurde anhand eines amtlichen Ausweisdokuments geprüft </w:t>
      </w:r>
    </w:p>
    <w:p w14:paraId="3F721EBD" w14:textId="77777777" w:rsidR="00A243B2" w:rsidRDefault="00A243B2">
      <w:pPr>
        <w:spacing w:after="80"/>
      </w:pPr>
    </w:p>
    <w:p w14:paraId="0A8C4181" w14:textId="7281C09F" w:rsidR="0076094B" w:rsidRDefault="00A243B2">
      <w:pPr>
        <w:spacing w:after="80"/>
      </w:pPr>
      <w:r>
        <w:t xml:space="preserve">     </w:t>
      </w:r>
      <w:proofErr w:type="spellStart"/>
      <w:r w:rsidR="00D366D8">
        <w:t>Ausweisnummer</w:t>
      </w:r>
      <w:proofErr w:type="spellEnd"/>
      <w:r>
        <w:t>: _______________________________________</w:t>
      </w:r>
    </w:p>
    <w:p w14:paraId="6F26FC6C" w14:textId="77777777" w:rsidR="00A243B2" w:rsidRDefault="00A243B2">
      <w:pPr>
        <w:spacing w:after="80"/>
      </w:pPr>
    </w:p>
    <w:p w14:paraId="087C28C1" w14:textId="77777777" w:rsidR="00A243B2" w:rsidRDefault="00A243B2">
      <w:pPr>
        <w:spacing w:after="80"/>
      </w:pPr>
    </w:p>
    <w:p w14:paraId="50C30A54" w14:textId="77777777" w:rsidR="00A243B2" w:rsidRDefault="00A243B2">
      <w:pPr>
        <w:spacing w:after="80"/>
      </w:pPr>
    </w:p>
    <w:p w14:paraId="1B11F57A" w14:textId="77777777" w:rsidR="00A243B2" w:rsidRDefault="00A243B2">
      <w:pPr>
        <w:spacing w:after="80"/>
      </w:pPr>
    </w:p>
    <w:p w14:paraId="0CB37774" w14:textId="77777777" w:rsidR="00A243B2" w:rsidRDefault="00A243B2">
      <w:pPr>
        <w:pStyle w:val="berschrift1"/>
      </w:pPr>
    </w:p>
    <w:p w14:paraId="41B9A796" w14:textId="79249D4C" w:rsidR="0076094B" w:rsidRDefault="00D366D8">
      <w:pPr>
        <w:pStyle w:val="berschrift1"/>
      </w:pPr>
      <w:r>
        <w:t>2. A</w:t>
      </w:r>
      <w:proofErr w:type="spellStart"/>
      <w:r>
        <w:t>ngaben</w:t>
      </w:r>
      <w:proofErr w:type="spellEnd"/>
      <w:r>
        <w:t xml:space="preserve"> </w:t>
      </w:r>
      <w:proofErr w:type="spellStart"/>
      <w:r>
        <w:t>zum</w:t>
      </w:r>
      <w:proofErr w:type="spellEnd"/>
      <w:r>
        <w:t xml:space="preserve"> Tier</w:t>
      </w:r>
    </w:p>
    <w:p w14:paraId="40CA1EC4" w14:textId="77777777" w:rsidR="00A243B2" w:rsidRPr="00A243B2" w:rsidRDefault="00A243B2" w:rsidP="00A243B2"/>
    <w:p w14:paraId="30C644B5" w14:textId="66D81360" w:rsidR="00A243B2" w:rsidRDefault="00A243B2">
      <w:pPr>
        <w:rPr>
          <w:b/>
        </w:rPr>
      </w:pPr>
      <w:r>
        <w:rPr>
          <w:sz w:val="22"/>
        </w:rPr>
        <w:t>Name: _____________</w:t>
      </w:r>
      <w:r>
        <w:rPr>
          <w:sz w:val="22"/>
        </w:rPr>
        <w:t>___________________________________________</w:t>
      </w:r>
      <w:r>
        <w:rPr>
          <w:sz w:val="22"/>
        </w:rPr>
        <w:t>_________________</w:t>
      </w:r>
    </w:p>
    <w:p w14:paraId="183A9472" w14:textId="77777777" w:rsidR="00A243B2" w:rsidRDefault="00A243B2">
      <w:pPr>
        <w:rPr>
          <w:sz w:val="22"/>
        </w:rPr>
      </w:pPr>
    </w:p>
    <w:p w14:paraId="4D3CABE2" w14:textId="35DAF1E9" w:rsidR="00A243B2" w:rsidRDefault="00A243B2">
      <w:pPr>
        <w:rPr>
          <w:sz w:val="22"/>
        </w:rPr>
      </w:pPr>
      <w:proofErr w:type="spellStart"/>
      <w:r>
        <w:rPr>
          <w:sz w:val="22"/>
        </w:rPr>
        <w:t>Tierart</w:t>
      </w:r>
      <w:proofErr w:type="spellEnd"/>
      <w:r>
        <w:rPr>
          <w:sz w:val="22"/>
        </w:rPr>
        <w:t>: ______________________________</w:t>
      </w:r>
      <w:r>
        <w:rPr>
          <w:sz w:val="22"/>
        </w:rPr>
        <w:t>__________________________________________</w:t>
      </w:r>
    </w:p>
    <w:p w14:paraId="11B39B59" w14:textId="77777777" w:rsidR="00A243B2" w:rsidRDefault="00A243B2">
      <w:pPr>
        <w:rPr>
          <w:sz w:val="22"/>
        </w:rPr>
      </w:pPr>
    </w:p>
    <w:p w14:paraId="04731547" w14:textId="4BB82631" w:rsidR="00A243B2" w:rsidRDefault="00A243B2">
      <w:pPr>
        <w:rPr>
          <w:sz w:val="22"/>
        </w:rPr>
      </w:pPr>
      <w:r>
        <w:rPr>
          <w:sz w:val="22"/>
        </w:rPr>
        <w:t xml:space="preserve">Rasse / </w:t>
      </w:r>
      <w:proofErr w:type="spellStart"/>
      <w:r>
        <w:rPr>
          <w:sz w:val="22"/>
        </w:rPr>
        <w:t>Typ</w:t>
      </w:r>
      <w:proofErr w:type="spellEnd"/>
      <w:r>
        <w:rPr>
          <w:sz w:val="22"/>
        </w:rPr>
        <w:t xml:space="preserve">, </w:t>
      </w:r>
      <w:proofErr w:type="spellStart"/>
      <w:r>
        <w:rPr>
          <w:sz w:val="22"/>
        </w:rPr>
        <w:t>soweit</w:t>
      </w:r>
      <w:proofErr w:type="spellEnd"/>
      <w:r>
        <w:rPr>
          <w:sz w:val="22"/>
        </w:rPr>
        <w:t xml:space="preserve"> </w:t>
      </w:r>
      <w:proofErr w:type="spellStart"/>
      <w:r>
        <w:rPr>
          <w:sz w:val="22"/>
        </w:rPr>
        <w:t>bekannt</w:t>
      </w:r>
      <w:proofErr w:type="spellEnd"/>
      <w:r>
        <w:rPr>
          <w:sz w:val="22"/>
        </w:rPr>
        <w:t>: ________</w:t>
      </w:r>
      <w:r>
        <w:rPr>
          <w:sz w:val="22"/>
        </w:rPr>
        <w:t>________________________________________________</w:t>
      </w:r>
    </w:p>
    <w:p w14:paraId="0E92A34A" w14:textId="77777777" w:rsidR="00A243B2" w:rsidRDefault="00A243B2">
      <w:pPr>
        <w:rPr>
          <w:sz w:val="22"/>
        </w:rPr>
      </w:pPr>
    </w:p>
    <w:p w14:paraId="7AE39A50" w14:textId="0D1A982B" w:rsidR="00A243B2" w:rsidRDefault="00A243B2" w:rsidP="00A243B2">
      <w:pPr>
        <w:rPr>
          <w:sz w:val="22"/>
        </w:rPr>
      </w:pPr>
      <w:proofErr w:type="spellStart"/>
      <w:r>
        <w:rPr>
          <w:sz w:val="22"/>
        </w:rPr>
        <w:t>Geburtsdatum</w:t>
      </w:r>
      <w:proofErr w:type="spellEnd"/>
      <w:r>
        <w:rPr>
          <w:sz w:val="22"/>
        </w:rPr>
        <w:t xml:space="preserve"> / Alter: ______________________________________________________________</w:t>
      </w:r>
    </w:p>
    <w:p w14:paraId="238007B8" w14:textId="77777777" w:rsidR="00A243B2" w:rsidRDefault="00A243B2" w:rsidP="00A243B2">
      <w:pPr>
        <w:rPr>
          <w:sz w:val="22"/>
        </w:rPr>
      </w:pPr>
    </w:p>
    <w:p w14:paraId="030E144D" w14:textId="77777777" w:rsidR="00A243B2" w:rsidRDefault="00A243B2" w:rsidP="00A243B2">
      <w:proofErr w:type="spellStart"/>
      <w:r>
        <w:rPr>
          <w:sz w:val="22"/>
        </w:rPr>
        <w:t>Geschlecht</w:t>
      </w:r>
      <w:proofErr w:type="spellEnd"/>
      <w:r>
        <w:rPr>
          <w:sz w:val="22"/>
        </w:rPr>
        <w:t xml:space="preserve">: ☐ </w:t>
      </w:r>
      <w:proofErr w:type="spellStart"/>
      <w:r>
        <w:rPr>
          <w:sz w:val="22"/>
        </w:rPr>
        <w:t>männlich</w:t>
      </w:r>
      <w:proofErr w:type="spellEnd"/>
      <w:r>
        <w:rPr>
          <w:sz w:val="22"/>
        </w:rPr>
        <w:t xml:space="preserve"> ☐ </w:t>
      </w:r>
      <w:proofErr w:type="spellStart"/>
      <w:r>
        <w:rPr>
          <w:sz w:val="22"/>
        </w:rPr>
        <w:t>weiblich</w:t>
      </w:r>
      <w:proofErr w:type="spellEnd"/>
      <w:r>
        <w:rPr>
          <w:sz w:val="22"/>
        </w:rPr>
        <w:tab/>
      </w:r>
      <w:r>
        <w:rPr>
          <w:sz w:val="22"/>
        </w:rPr>
        <w:tab/>
      </w:r>
      <w:r>
        <w:rPr>
          <w:sz w:val="22"/>
        </w:rPr>
        <w:tab/>
      </w:r>
      <w:r>
        <w:rPr>
          <w:sz w:val="22"/>
        </w:rPr>
        <w:tab/>
      </w:r>
      <w:proofErr w:type="spellStart"/>
      <w:r>
        <w:rPr>
          <w:sz w:val="22"/>
        </w:rPr>
        <w:t>Kastriert</w:t>
      </w:r>
      <w:proofErr w:type="spellEnd"/>
      <w:r>
        <w:rPr>
          <w:sz w:val="22"/>
        </w:rPr>
        <w:t xml:space="preserve">: ☐ ja ☐ </w:t>
      </w:r>
      <w:proofErr w:type="spellStart"/>
      <w:r>
        <w:rPr>
          <w:sz w:val="22"/>
        </w:rPr>
        <w:t>nein</w:t>
      </w:r>
      <w:proofErr w:type="spellEnd"/>
      <w:r>
        <w:rPr>
          <w:sz w:val="22"/>
        </w:rPr>
        <w:t xml:space="preserve"> ☐ </w:t>
      </w:r>
      <w:proofErr w:type="spellStart"/>
      <w:r>
        <w:rPr>
          <w:sz w:val="22"/>
        </w:rPr>
        <w:t>unbekannt</w:t>
      </w:r>
      <w:proofErr w:type="spellEnd"/>
    </w:p>
    <w:p w14:paraId="2160BBEC" w14:textId="77777777" w:rsidR="00A243B2" w:rsidRDefault="00A243B2">
      <w:pPr>
        <w:rPr>
          <w:sz w:val="22"/>
        </w:rPr>
      </w:pPr>
    </w:p>
    <w:p w14:paraId="08498B36" w14:textId="5B0E41CA" w:rsidR="00A243B2" w:rsidRDefault="00A243B2" w:rsidP="00A243B2">
      <w:proofErr w:type="spellStart"/>
      <w:r>
        <w:rPr>
          <w:sz w:val="22"/>
        </w:rPr>
        <w:t>Farbe</w:t>
      </w:r>
      <w:proofErr w:type="spellEnd"/>
      <w:r>
        <w:rPr>
          <w:sz w:val="22"/>
        </w:rPr>
        <w:t xml:space="preserve"> / </w:t>
      </w:r>
      <w:proofErr w:type="spellStart"/>
      <w:r>
        <w:rPr>
          <w:sz w:val="22"/>
        </w:rPr>
        <w:t>besondere</w:t>
      </w:r>
      <w:proofErr w:type="spellEnd"/>
      <w:r>
        <w:rPr>
          <w:sz w:val="22"/>
        </w:rPr>
        <w:t xml:space="preserve"> </w:t>
      </w:r>
      <w:proofErr w:type="spellStart"/>
      <w:r>
        <w:rPr>
          <w:sz w:val="22"/>
        </w:rPr>
        <w:t>Merkmale</w:t>
      </w:r>
      <w:proofErr w:type="spellEnd"/>
      <w:r>
        <w:rPr>
          <w:sz w:val="22"/>
        </w:rPr>
        <w:t>: _________________________________________________________</w:t>
      </w:r>
    </w:p>
    <w:p w14:paraId="65761222" w14:textId="77777777" w:rsidR="00A243B2" w:rsidRDefault="00A243B2">
      <w:pPr>
        <w:rPr>
          <w:sz w:val="22"/>
        </w:rPr>
      </w:pPr>
    </w:p>
    <w:p w14:paraId="431B5D64" w14:textId="561BDCA1" w:rsidR="00A243B2" w:rsidRDefault="00A243B2">
      <w:pPr>
        <w:rPr>
          <w:sz w:val="22"/>
        </w:rPr>
      </w:pPr>
      <w:proofErr w:type="spellStart"/>
      <w:r>
        <w:rPr>
          <w:sz w:val="22"/>
        </w:rPr>
        <w:t>Mikrochip</w:t>
      </w:r>
      <w:proofErr w:type="spellEnd"/>
      <w:r>
        <w:rPr>
          <w:sz w:val="22"/>
        </w:rPr>
        <w:t>-Nr.: ______________________________________________________________________</w:t>
      </w:r>
    </w:p>
    <w:p w14:paraId="45409E14" w14:textId="77777777" w:rsidR="00A243B2" w:rsidRDefault="00A243B2">
      <w:pPr>
        <w:rPr>
          <w:sz w:val="22"/>
        </w:rPr>
      </w:pPr>
    </w:p>
    <w:p w14:paraId="5DB43F4F" w14:textId="704BF2B0" w:rsidR="00A243B2" w:rsidRDefault="00A243B2">
      <w:pPr>
        <w:rPr>
          <w:sz w:val="22"/>
        </w:rPr>
      </w:pPr>
      <w:proofErr w:type="spellStart"/>
      <w:r>
        <w:rPr>
          <w:sz w:val="22"/>
        </w:rPr>
        <w:t>Heimtierausweis</w:t>
      </w:r>
      <w:proofErr w:type="spellEnd"/>
      <w:r>
        <w:rPr>
          <w:sz w:val="22"/>
        </w:rPr>
        <w:t>-/Pass-Nr.: _____________________________________________________________</w:t>
      </w:r>
    </w:p>
    <w:p w14:paraId="4455DA64" w14:textId="77777777" w:rsidR="00A243B2" w:rsidRDefault="00A243B2">
      <w:pPr>
        <w:rPr>
          <w:sz w:val="22"/>
        </w:rPr>
      </w:pPr>
    </w:p>
    <w:p w14:paraId="18A5BDF7" w14:textId="180EDC52" w:rsidR="00A243B2" w:rsidRDefault="00A243B2" w:rsidP="00A243B2">
      <w:pPr>
        <w:rPr>
          <w:sz w:val="22"/>
        </w:rPr>
      </w:pPr>
      <w:proofErr w:type="spellStart"/>
      <w:r>
        <w:rPr>
          <w:sz w:val="22"/>
        </w:rPr>
        <w:t>Registrierung</w:t>
      </w:r>
      <w:proofErr w:type="spellEnd"/>
      <w:r>
        <w:rPr>
          <w:sz w:val="22"/>
        </w:rPr>
        <w:t xml:space="preserve"> </w:t>
      </w:r>
      <w:proofErr w:type="spellStart"/>
      <w:r>
        <w:rPr>
          <w:sz w:val="22"/>
        </w:rPr>
        <w:t>bei</w:t>
      </w:r>
      <w:proofErr w:type="spellEnd"/>
      <w:r>
        <w:rPr>
          <w:sz w:val="22"/>
        </w:rPr>
        <w:t>: ____________________________________________________________________</w:t>
      </w:r>
    </w:p>
    <w:p w14:paraId="437100C3" w14:textId="77777777" w:rsidR="00A243B2" w:rsidRDefault="00A243B2">
      <w:pPr>
        <w:rPr>
          <w:sz w:val="22"/>
        </w:rPr>
      </w:pPr>
    </w:p>
    <w:p w14:paraId="718A66CF" w14:textId="77777777" w:rsidR="00A243B2" w:rsidRDefault="00A243B2">
      <w:pPr>
        <w:rPr>
          <w:b/>
        </w:rPr>
      </w:pPr>
    </w:p>
    <w:p w14:paraId="0297D941" w14:textId="2B9AED32" w:rsidR="0076094B" w:rsidRDefault="00A243B2">
      <w:pPr>
        <w:rPr>
          <w:b/>
        </w:rPr>
      </w:pPr>
      <w:proofErr w:type="spellStart"/>
      <w:r>
        <w:rPr>
          <w:b/>
        </w:rPr>
        <w:t>H</w:t>
      </w:r>
      <w:r w:rsidR="00D366D8">
        <w:rPr>
          <w:b/>
        </w:rPr>
        <w:t>erkunft</w:t>
      </w:r>
      <w:proofErr w:type="spellEnd"/>
      <w:r w:rsidR="00D366D8">
        <w:rPr>
          <w:b/>
        </w:rPr>
        <w:t xml:space="preserve"> / </w:t>
      </w:r>
      <w:proofErr w:type="spellStart"/>
      <w:r w:rsidR="00D366D8">
        <w:rPr>
          <w:b/>
        </w:rPr>
        <w:t>bisherige</w:t>
      </w:r>
      <w:proofErr w:type="spellEnd"/>
      <w:r w:rsidR="00D366D8">
        <w:rPr>
          <w:b/>
        </w:rPr>
        <w:t xml:space="preserve"> </w:t>
      </w:r>
      <w:proofErr w:type="spellStart"/>
      <w:r w:rsidR="00D366D8">
        <w:rPr>
          <w:b/>
        </w:rPr>
        <w:t>Haltung</w:t>
      </w:r>
      <w:proofErr w:type="spellEnd"/>
      <w:r w:rsidR="00D366D8">
        <w:rPr>
          <w:b/>
        </w:rPr>
        <w:t xml:space="preserve"> / </w:t>
      </w:r>
      <w:proofErr w:type="spellStart"/>
      <w:r w:rsidR="00D366D8">
        <w:rPr>
          <w:b/>
        </w:rPr>
        <w:t>bekannte</w:t>
      </w:r>
      <w:proofErr w:type="spellEnd"/>
      <w:r w:rsidR="00D366D8">
        <w:rPr>
          <w:b/>
        </w:rPr>
        <w:t xml:space="preserve"> </w:t>
      </w:r>
      <w:proofErr w:type="spellStart"/>
      <w:r w:rsidR="00D366D8">
        <w:rPr>
          <w:b/>
        </w:rPr>
        <w:t>Vorgeschichte</w:t>
      </w:r>
      <w:proofErr w:type="spellEnd"/>
      <w:r w:rsidR="00D366D8">
        <w:rPr>
          <w:b/>
        </w:rPr>
        <w:t>:</w:t>
      </w:r>
    </w:p>
    <w:p w14:paraId="2ACC707C" w14:textId="77777777" w:rsidR="00A243B2" w:rsidRDefault="00A243B2"/>
    <w:p w14:paraId="167631A3" w14:textId="77777777" w:rsidR="0076094B" w:rsidRDefault="00D366D8">
      <w:pPr>
        <w:spacing w:after="60"/>
      </w:pPr>
      <w:r>
        <w:rPr>
          <w:b/>
        </w:rPr>
        <w:t xml:space="preserve"> </w:t>
      </w:r>
      <w:r>
        <w:t>_________________________________________________________________</w:t>
      </w:r>
    </w:p>
    <w:p w14:paraId="38FC5DD2" w14:textId="77777777" w:rsidR="00A243B2" w:rsidRDefault="00A243B2">
      <w:pPr>
        <w:spacing w:after="60"/>
      </w:pPr>
    </w:p>
    <w:p w14:paraId="4F5AF556" w14:textId="77777777" w:rsidR="0076094B" w:rsidRDefault="00D366D8">
      <w:pPr>
        <w:spacing w:after="60"/>
      </w:pPr>
      <w:r>
        <w:rPr>
          <w:b/>
        </w:rPr>
        <w:t xml:space="preserve"> </w:t>
      </w:r>
      <w:r>
        <w:t>_________________________________________________________________</w:t>
      </w:r>
    </w:p>
    <w:p w14:paraId="7C9C2942" w14:textId="77777777" w:rsidR="00A243B2" w:rsidRDefault="00A243B2">
      <w:pPr>
        <w:spacing w:after="60"/>
      </w:pPr>
    </w:p>
    <w:p w14:paraId="0CD66139" w14:textId="77777777" w:rsidR="00A243B2" w:rsidRDefault="00A243B2">
      <w:pPr>
        <w:spacing w:after="60"/>
      </w:pPr>
    </w:p>
    <w:p w14:paraId="5505082E" w14:textId="77777777" w:rsidR="00A243B2" w:rsidRDefault="00A243B2">
      <w:pPr>
        <w:spacing w:after="60"/>
      </w:pPr>
    </w:p>
    <w:p w14:paraId="51EF8347" w14:textId="77777777" w:rsidR="00A243B2" w:rsidRDefault="00A243B2">
      <w:pPr>
        <w:spacing w:after="60"/>
      </w:pPr>
    </w:p>
    <w:p w14:paraId="573C62C9" w14:textId="77777777" w:rsidR="00A243B2" w:rsidRDefault="00A243B2">
      <w:pPr>
        <w:spacing w:after="60"/>
      </w:pPr>
    </w:p>
    <w:p w14:paraId="0EE36AFD" w14:textId="77777777" w:rsidR="00A243B2" w:rsidRDefault="00A243B2">
      <w:pPr>
        <w:spacing w:after="60"/>
      </w:pPr>
    </w:p>
    <w:p w14:paraId="7426374E" w14:textId="77777777" w:rsidR="00A243B2" w:rsidRDefault="00A243B2">
      <w:pPr>
        <w:spacing w:after="60"/>
      </w:pPr>
    </w:p>
    <w:p w14:paraId="6F82BAC8" w14:textId="77777777" w:rsidR="0076094B" w:rsidRDefault="00D366D8">
      <w:pPr>
        <w:pStyle w:val="berschrift1"/>
      </w:pPr>
      <w:r>
        <w:t>3. Gesundheit und tierärztliche Angaben</w:t>
      </w:r>
    </w:p>
    <w:tbl>
      <w:tblPr>
        <w:tblW w:w="0" w:type="auto"/>
        <w:jc w:val="center"/>
        <w:tblLook w:val="04A0" w:firstRow="1" w:lastRow="0" w:firstColumn="1" w:lastColumn="0" w:noHBand="0" w:noVBand="1"/>
      </w:tblPr>
      <w:tblGrid>
        <w:gridCol w:w="9972"/>
      </w:tblGrid>
      <w:tr w:rsidR="0076094B" w14:paraId="30621953" w14:textId="77777777">
        <w:trPr>
          <w:jc w:val="center"/>
        </w:trPr>
        <w:tc>
          <w:tcPr>
            <w:tcW w:w="9972" w:type="dxa"/>
            <w:shd w:val="clear" w:color="auto" w:fill="F6F7F6"/>
            <w:tcMar>
              <w:top w:w="130" w:type="dxa"/>
              <w:left w:w="150" w:type="dxa"/>
              <w:bottom w:w="130" w:type="dxa"/>
              <w:right w:w="150" w:type="dxa"/>
            </w:tcMar>
          </w:tcPr>
          <w:p w14:paraId="054482FF" w14:textId="77777777" w:rsidR="0076094B" w:rsidRDefault="00D366D8">
            <w:r>
              <w:rPr>
                <w:rFonts w:ascii="Cambria" w:hAnsi="Cambria"/>
                <w:b/>
                <w:color w:val="40584D"/>
              </w:rPr>
              <w:t>Dokumentiere Bekanntes konkret</w:t>
            </w:r>
            <w:r>
              <w:rPr>
                <w:rFonts w:ascii="Cambria" w:hAnsi="Cambria"/>
                <w:b/>
                <w:color w:val="40584D"/>
              </w:rPr>
              <w:br/>
            </w:r>
            <w:r>
              <w:rPr>
                <w:color w:val="26332E"/>
                <w:sz w:val="21"/>
              </w:rPr>
              <w:t>Bekannte Erkrankungen, laufende Behandlungen, Unfälle, Operationen, Allergien, Unverträglichkeiten, Medikamente und auffällige Befunde sollten möglichst genau eingetragen und vorhandene Unterlagen beigefügt werden. Nicht bekannte Tatsachen sollten als „unbekannt“ gekennzeichnet werden.</w:t>
            </w:r>
          </w:p>
        </w:tc>
      </w:tr>
    </w:tbl>
    <w:p w14:paraId="3E7250D5" w14:textId="77777777" w:rsidR="0076094B" w:rsidRDefault="0076094B">
      <w:pPr>
        <w:spacing w:after="0"/>
      </w:pPr>
    </w:p>
    <w:p w14:paraId="304C2888" w14:textId="77777777" w:rsidR="00A243B2" w:rsidRDefault="00D366D8">
      <w:pPr>
        <w:spacing w:after="80"/>
      </w:pPr>
      <w:r>
        <w:t>☐</w:t>
      </w:r>
      <w:r>
        <w:t xml:space="preserve"> Aktuell keine bekannten Erkrankungen     ☐ Bekannte Erkrankungen / Befunde vorhanden     </w:t>
      </w:r>
    </w:p>
    <w:p w14:paraId="621B9B1C" w14:textId="77777777" w:rsidR="00A243B2" w:rsidRDefault="00A243B2">
      <w:pPr>
        <w:spacing w:after="80"/>
      </w:pPr>
    </w:p>
    <w:p w14:paraId="4293C063" w14:textId="74BBC258" w:rsidR="0076094B" w:rsidRDefault="00D366D8">
      <w:pPr>
        <w:spacing w:after="80"/>
      </w:pPr>
      <w:r>
        <w:t>☐</w:t>
      </w:r>
      <w:r>
        <w:t xml:space="preserve"> </w:t>
      </w:r>
      <w:proofErr w:type="spellStart"/>
      <w:r>
        <w:t>Gesundheitszustand</w:t>
      </w:r>
      <w:proofErr w:type="spellEnd"/>
      <w:r>
        <w:t xml:space="preserve"> </w:t>
      </w:r>
      <w:proofErr w:type="spellStart"/>
      <w:r>
        <w:t>teilweise</w:t>
      </w:r>
      <w:proofErr w:type="spellEnd"/>
      <w:r>
        <w:t xml:space="preserve"> </w:t>
      </w:r>
      <w:proofErr w:type="spellStart"/>
      <w:r>
        <w:t>unbekannt</w:t>
      </w:r>
      <w:proofErr w:type="spellEnd"/>
    </w:p>
    <w:p w14:paraId="07C04124" w14:textId="77777777" w:rsidR="00A243B2" w:rsidRDefault="00A243B2">
      <w:pPr>
        <w:rPr>
          <w:b/>
        </w:rPr>
      </w:pPr>
    </w:p>
    <w:p w14:paraId="39487AF8" w14:textId="581A65CD" w:rsidR="0076094B" w:rsidRDefault="00D366D8">
      <w:proofErr w:type="spellStart"/>
      <w:r>
        <w:rPr>
          <w:b/>
        </w:rPr>
        <w:t>Bekannte</w:t>
      </w:r>
      <w:proofErr w:type="spellEnd"/>
      <w:r>
        <w:rPr>
          <w:b/>
        </w:rPr>
        <w:t xml:space="preserve"> </w:t>
      </w:r>
      <w:proofErr w:type="spellStart"/>
      <w:r>
        <w:rPr>
          <w:b/>
        </w:rPr>
        <w:t>Erkrankungen</w:t>
      </w:r>
      <w:proofErr w:type="spellEnd"/>
      <w:r>
        <w:rPr>
          <w:b/>
        </w:rPr>
        <w:t xml:space="preserve">, </w:t>
      </w:r>
      <w:proofErr w:type="spellStart"/>
      <w:r>
        <w:rPr>
          <w:b/>
        </w:rPr>
        <w:t>Befunde</w:t>
      </w:r>
      <w:proofErr w:type="spellEnd"/>
      <w:r>
        <w:rPr>
          <w:b/>
        </w:rPr>
        <w:t xml:space="preserve">, </w:t>
      </w:r>
      <w:proofErr w:type="spellStart"/>
      <w:r>
        <w:rPr>
          <w:b/>
        </w:rPr>
        <w:t>Behandlungen</w:t>
      </w:r>
      <w:proofErr w:type="spellEnd"/>
      <w:r>
        <w:rPr>
          <w:b/>
        </w:rPr>
        <w:t xml:space="preserve">, </w:t>
      </w:r>
      <w:proofErr w:type="spellStart"/>
      <w:r>
        <w:rPr>
          <w:b/>
        </w:rPr>
        <w:t>Medikamente</w:t>
      </w:r>
      <w:proofErr w:type="spellEnd"/>
      <w:r>
        <w:rPr>
          <w:b/>
        </w:rPr>
        <w:t>, Besonderheiten:</w:t>
      </w:r>
    </w:p>
    <w:p w14:paraId="283177DC" w14:textId="77777777" w:rsidR="00A243B2" w:rsidRDefault="00A243B2">
      <w:pPr>
        <w:spacing w:after="60"/>
        <w:rPr>
          <w:b/>
        </w:rPr>
      </w:pPr>
    </w:p>
    <w:p w14:paraId="2CA2503D" w14:textId="758FC97B" w:rsidR="0076094B" w:rsidRDefault="00D366D8">
      <w:pPr>
        <w:spacing w:after="60"/>
      </w:pPr>
      <w:r>
        <w:rPr>
          <w:b/>
        </w:rPr>
        <w:t xml:space="preserve"> </w:t>
      </w:r>
      <w:r>
        <w:t>_________________________________________________________________</w:t>
      </w:r>
    </w:p>
    <w:p w14:paraId="21280D50" w14:textId="77777777" w:rsidR="00A243B2" w:rsidRDefault="00A243B2">
      <w:pPr>
        <w:spacing w:after="60"/>
        <w:rPr>
          <w:b/>
        </w:rPr>
      </w:pPr>
    </w:p>
    <w:p w14:paraId="69ED0D53" w14:textId="0CCFF649" w:rsidR="0076094B" w:rsidRDefault="00D366D8">
      <w:pPr>
        <w:spacing w:after="60"/>
      </w:pPr>
      <w:r>
        <w:rPr>
          <w:b/>
        </w:rPr>
        <w:t xml:space="preserve"> </w:t>
      </w:r>
      <w:r>
        <w:t>_________________________________________________________________</w:t>
      </w:r>
    </w:p>
    <w:p w14:paraId="6B80D694" w14:textId="77777777" w:rsidR="00A243B2" w:rsidRDefault="00A243B2">
      <w:pPr>
        <w:spacing w:after="60"/>
        <w:rPr>
          <w:b/>
        </w:rPr>
      </w:pPr>
    </w:p>
    <w:p w14:paraId="462508D6" w14:textId="189371C8" w:rsidR="0076094B" w:rsidRDefault="00D366D8">
      <w:pPr>
        <w:spacing w:after="60"/>
      </w:pPr>
      <w:r>
        <w:rPr>
          <w:b/>
        </w:rPr>
        <w:t xml:space="preserve"> </w:t>
      </w:r>
      <w:r>
        <w:t>_________________________________________________________________</w:t>
      </w:r>
    </w:p>
    <w:p w14:paraId="5B0A91AC" w14:textId="77777777" w:rsidR="00A243B2" w:rsidRDefault="00A243B2">
      <w:pPr>
        <w:spacing w:after="60"/>
        <w:rPr>
          <w:b/>
        </w:rPr>
      </w:pPr>
    </w:p>
    <w:p w14:paraId="15D0D1DC" w14:textId="48B4CC33" w:rsidR="0076094B" w:rsidRDefault="00D366D8">
      <w:pPr>
        <w:spacing w:after="60"/>
      </w:pPr>
      <w:r>
        <w:rPr>
          <w:b/>
        </w:rPr>
        <w:t xml:space="preserve"> </w:t>
      </w:r>
      <w:r>
        <w:t>_________________________________________________________________</w:t>
      </w:r>
    </w:p>
    <w:p w14:paraId="2F592B5D" w14:textId="77777777" w:rsidR="00A243B2" w:rsidRDefault="00A243B2">
      <w:pPr>
        <w:spacing w:after="60"/>
        <w:rPr>
          <w:b/>
        </w:rPr>
      </w:pPr>
    </w:p>
    <w:p w14:paraId="75DCB74F" w14:textId="77777777" w:rsidR="00A243B2" w:rsidRDefault="00A243B2">
      <w:pPr>
        <w:spacing w:after="60"/>
        <w:rPr>
          <w:b/>
        </w:rPr>
      </w:pPr>
    </w:p>
    <w:p w14:paraId="01F690A4" w14:textId="2E1BA6DA" w:rsidR="00A243B2" w:rsidRDefault="00D366D8">
      <w:pPr>
        <w:spacing w:after="60"/>
        <w:rPr>
          <w:b/>
        </w:rPr>
      </w:pPr>
      <w:r>
        <w:rPr>
          <w:b/>
        </w:rPr>
        <w:t xml:space="preserve">Letzter </w:t>
      </w:r>
      <w:proofErr w:type="spellStart"/>
      <w:r>
        <w:rPr>
          <w:b/>
        </w:rPr>
        <w:t>Tierarzt</w:t>
      </w:r>
      <w:proofErr w:type="spellEnd"/>
      <w:r>
        <w:rPr>
          <w:b/>
        </w:rPr>
        <w:t xml:space="preserve"> / Praxis (optional): </w:t>
      </w:r>
    </w:p>
    <w:p w14:paraId="02B76984" w14:textId="77777777" w:rsidR="00A243B2" w:rsidRDefault="00A243B2">
      <w:pPr>
        <w:spacing w:after="60"/>
        <w:rPr>
          <w:b/>
        </w:rPr>
      </w:pPr>
    </w:p>
    <w:p w14:paraId="070FAFC7" w14:textId="6B1794E1" w:rsidR="0076094B" w:rsidRDefault="00D366D8">
      <w:pPr>
        <w:spacing w:after="60"/>
      </w:pPr>
      <w:r>
        <w:t>_________________________________________________________________</w:t>
      </w:r>
    </w:p>
    <w:p w14:paraId="27FD814B" w14:textId="77777777" w:rsidR="00A243B2" w:rsidRDefault="00A243B2">
      <w:pPr>
        <w:spacing w:after="60"/>
        <w:rPr>
          <w:b/>
        </w:rPr>
      </w:pPr>
    </w:p>
    <w:p w14:paraId="00D29D35" w14:textId="77777777" w:rsidR="00A243B2" w:rsidRDefault="00A243B2">
      <w:pPr>
        <w:spacing w:after="60"/>
        <w:rPr>
          <w:b/>
        </w:rPr>
      </w:pPr>
    </w:p>
    <w:p w14:paraId="34E08C62" w14:textId="77777777" w:rsidR="00A243B2" w:rsidRDefault="00A243B2" w:rsidP="00A243B2">
      <w:pPr>
        <w:spacing w:after="60"/>
        <w:rPr>
          <w:b/>
        </w:rPr>
      </w:pPr>
      <w:proofErr w:type="spellStart"/>
      <w:r>
        <w:rPr>
          <w:b/>
        </w:rPr>
        <w:t>Letzte</w:t>
      </w:r>
      <w:proofErr w:type="spellEnd"/>
      <w:r>
        <w:rPr>
          <w:b/>
        </w:rPr>
        <w:t xml:space="preserve"> </w:t>
      </w:r>
      <w:proofErr w:type="spellStart"/>
      <w:r>
        <w:rPr>
          <w:b/>
        </w:rPr>
        <w:t>bekannte</w:t>
      </w:r>
      <w:proofErr w:type="spellEnd"/>
      <w:r>
        <w:rPr>
          <w:b/>
        </w:rPr>
        <w:t xml:space="preserve"> </w:t>
      </w:r>
      <w:proofErr w:type="spellStart"/>
      <w:r>
        <w:rPr>
          <w:b/>
        </w:rPr>
        <w:t>Impfungen</w:t>
      </w:r>
      <w:proofErr w:type="spellEnd"/>
      <w:r>
        <w:rPr>
          <w:b/>
        </w:rPr>
        <w:t xml:space="preserve"> / </w:t>
      </w:r>
      <w:proofErr w:type="spellStart"/>
      <w:r>
        <w:rPr>
          <w:b/>
        </w:rPr>
        <w:t>Prophylaxen</w:t>
      </w:r>
      <w:proofErr w:type="spellEnd"/>
      <w:r>
        <w:rPr>
          <w:b/>
        </w:rPr>
        <w:t xml:space="preserve">: </w:t>
      </w:r>
    </w:p>
    <w:p w14:paraId="25766A2A" w14:textId="77777777" w:rsidR="00A243B2" w:rsidRDefault="00A243B2" w:rsidP="00A243B2">
      <w:pPr>
        <w:spacing w:after="60"/>
      </w:pPr>
    </w:p>
    <w:p w14:paraId="4AD38993" w14:textId="77777777" w:rsidR="00A243B2" w:rsidRDefault="00A243B2" w:rsidP="00A243B2">
      <w:pPr>
        <w:spacing w:after="60"/>
      </w:pPr>
      <w:r>
        <w:t>_________________________________________________________________</w:t>
      </w:r>
    </w:p>
    <w:p w14:paraId="4A82B6DF" w14:textId="77777777" w:rsidR="00A243B2" w:rsidRDefault="00A243B2">
      <w:pPr>
        <w:spacing w:after="60"/>
        <w:rPr>
          <w:b/>
        </w:rPr>
      </w:pPr>
    </w:p>
    <w:p w14:paraId="23904CB7" w14:textId="77777777" w:rsidR="00A243B2" w:rsidRDefault="00A243B2">
      <w:pPr>
        <w:spacing w:after="60"/>
        <w:rPr>
          <w:b/>
        </w:rPr>
      </w:pPr>
    </w:p>
    <w:p w14:paraId="1A4A03B0" w14:textId="77777777" w:rsidR="00A243B2" w:rsidRDefault="00A243B2">
      <w:pPr>
        <w:spacing w:after="60"/>
        <w:rPr>
          <w:b/>
        </w:rPr>
      </w:pPr>
    </w:p>
    <w:p w14:paraId="48A83B95" w14:textId="77777777" w:rsidR="00A243B2" w:rsidRDefault="00A243B2">
      <w:pPr>
        <w:spacing w:after="60"/>
        <w:rPr>
          <w:b/>
        </w:rPr>
      </w:pPr>
    </w:p>
    <w:p w14:paraId="736F51B9" w14:textId="77777777" w:rsidR="00A243B2" w:rsidRDefault="00A243B2">
      <w:pPr>
        <w:spacing w:after="60"/>
        <w:rPr>
          <w:b/>
        </w:rPr>
      </w:pPr>
    </w:p>
    <w:p w14:paraId="4052CCC7" w14:textId="77777777" w:rsidR="00A243B2" w:rsidRDefault="00A243B2">
      <w:pPr>
        <w:pStyle w:val="berschrift1"/>
      </w:pPr>
    </w:p>
    <w:p w14:paraId="7C8190D8" w14:textId="109F0A17" w:rsidR="0076094B" w:rsidRDefault="00D366D8">
      <w:pPr>
        <w:pStyle w:val="berschrift1"/>
      </w:pPr>
      <w:r>
        <w:t>4. Verhalten und Alltag</w:t>
      </w:r>
    </w:p>
    <w:p w14:paraId="119EA4EF" w14:textId="77777777" w:rsidR="0076094B" w:rsidRDefault="00D366D8">
      <w:r>
        <w:t>Soweit bekannt, wurden folgende Besonderheiten oder Erfahrungen besprochen:</w:t>
      </w:r>
    </w:p>
    <w:p w14:paraId="0E2A1F0C" w14:textId="77777777" w:rsidR="0076094B" w:rsidRDefault="00D366D8">
      <w:pPr>
        <w:pStyle w:val="Aufzhlungszeichen"/>
        <w:ind w:left="283" w:hanging="142"/>
      </w:pPr>
      <w:r>
        <w:t>Umgang mit Menschen, Kindern und Besuchern</w:t>
      </w:r>
    </w:p>
    <w:p w14:paraId="00F5C802" w14:textId="77777777" w:rsidR="0076094B" w:rsidRDefault="00D366D8">
      <w:pPr>
        <w:pStyle w:val="Aufzhlungszeichen"/>
        <w:ind w:left="283" w:hanging="142"/>
      </w:pPr>
      <w:r>
        <w:t>Verhalten gegenüber Hunden und anderen Tieren</w:t>
      </w:r>
    </w:p>
    <w:p w14:paraId="7006B47D" w14:textId="77777777" w:rsidR="0076094B" w:rsidRDefault="00D366D8">
      <w:pPr>
        <w:pStyle w:val="Aufzhlungszeichen"/>
        <w:ind w:left="283" w:hanging="142"/>
      </w:pPr>
      <w:r>
        <w:t>Alleinbleiben, Autofahren, Leinenführung und Rückruf</w:t>
      </w:r>
    </w:p>
    <w:p w14:paraId="4C470F5B" w14:textId="77777777" w:rsidR="0076094B" w:rsidRDefault="00D366D8">
      <w:pPr>
        <w:pStyle w:val="Aufzhlungszeichen"/>
        <w:ind w:left="283" w:hanging="142"/>
      </w:pPr>
      <w:r>
        <w:t>Ängste, Unsicherheiten, Jagdverhalten, Ressourcenverteidigung oder bekannte Beißvorfälle</w:t>
      </w:r>
    </w:p>
    <w:p w14:paraId="5D24E34F" w14:textId="77777777" w:rsidR="0076094B" w:rsidRDefault="00D366D8">
      <w:pPr>
        <w:pStyle w:val="Aufzhlungszeichen"/>
        <w:ind w:left="283" w:hanging="142"/>
      </w:pPr>
      <w:r>
        <w:t xml:space="preserve">Stubenreinheit, Ruheverhalten und </w:t>
      </w:r>
      <w:proofErr w:type="spellStart"/>
      <w:r>
        <w:t>besondere</w:t>
      </w:r>
      <w:proofErr w:type="spellEnd"/>
      <w:r>
        <w:t xml:space="preserve"> </w:t>
      </w:r>
      <w:proofErr w:type="spellStart"/>
      <w:r>
        <w:t>Anforderungen</w:t>
      </w:r>
      <w:proofErr w:type="spellEnd"/>
      <w:r>
        <w:t xml:space="preserve"> </w:t>
      </w:r>
      <w:proofErr w:type="spellStart"/>
      <w:r>
        <w:t>im</w:t>
      </w:r>
      <w:proofErr w:type="spellEnd"/>
      <w:r>
        <w:t xml:space="preserve"> </w:t>
      </w:r>
      <w:proofErr w:type="spellStart"/>
      <w:r>
        <w:t>Alltag</w:t>
      </w:r>
      <w:proofErr w:type="spellEnd"/>
    </w:p>
    <w:p w14:paraId="236E00E6" w14:textId="77777777" w:rsidR="00A243B2" w:rsidRDefault="00A243B2" w:rsidP="00A243B2">
      <w:pPr>
        <w:pStyle w:val="Aufzhlungszeichen"/>
        <w:numPr>
          <w:ilvl w:val="0"/>
          <w:numId w:val="0"/>
        </w:numPr>
        <w:ind w:left="283"/>
      </w:pPr>
    </w:p>
    <w:p w14:paraId="04E7ACF3" w14:textId="77777777" w:rsidR="00A243B2" w:rsidRDefault="00A243B2" w:rsidP="00A243B2">
      <w:pPr>
        <w:pStyle w:val="Aufzhlungszeichen"/>
        <w:numPr>
          <w:ilvl w:val="0"/>
          <w:numId w:val="0"/>
        </w:numPr>
        <w:ind w:left="283"/>
      </w:pPr>
    </w:p>
    <w:p w14:paraId="6B3131F3" w14:textId="77777777" w:rsidR="0076094B" w:rsidRDefault="00D366D8">
      <w:pPr>
        <w:rPr>
          <w:b/>
        </w:rPr>
      </w:pPr>
      <w:r>
        <w:rPr>
          <w:b/>
        </w:rPr>
        <w:t xml:space="preserve">Konkrete Angaben / bekannte </w:t>
      </w:r>
      <w:proofErr w:type="spellStart"/>
      <w:r>
        <w:rPr>
          <w:b/>
        </w:rPr>
        <w:t>Vorfälle</w:t>
      </w:r>
      <w:proofErr w:type="spellEnd"/>
      <w:r>
        <w:rPr>
          <w:b/>
        </w:rPr>
        <w:t xml:space="preserve"> / </w:t>
      </w:r>
      <w:proofErr w:type="spellStart"/>
      <w:r>
        <w:rPr>
          <w:b/>
        </w:rPr>
        <w:t>wichtige</w:t>
      </w:r>
      <w:proofErr w:type="spellEnd"/>
      <w:r>
        <w:rPr>
          <w:b/>
        </w:rPr>
        <w:t xml:space="preserve"> </w:t>
      </w:r>
      <w:proofErr w:type="spellStart"/>
      <w:r>
        <w:rPr>
          <w:b/>
        </w:rPr>
        <w:t>Hinweise</w:t>
      </w:r>
      <w:proofErr w:type="spellEnd"/>
      <w:r>
        <w:rPr>
          <w:b/>
        </w:rPr>
        <w:t>:</w:t>
      </w:r>
    </w:p>
    <w:p w14:paraId="7F48263D" w14:textId="77777777" w:rsidR="00A243B2" w:rsidRDefault="00A243B2"/>
    <w:p w14:paraId="595638D4" w14:textId="77777777" w:rsidR="0076094B" w:rsidRDefault="00D366D8">
      <w:pPr>
        <w:spacing w:after="60"/>
      </w:pPr>
      <w:r>
        <w:rPr>
          <w:b/>
        </w:rPr>
        <w:t xml:space="preserve"> </w:t>
      </w:r>
      <w:r>
        <w:t>_________________________________________________________________</w:t>
      </w:r>
    </w:p>
    <w:p w14:paraId="46B66830" w14:textId="77777777" w:rsidR="00A243B2" w:rsidRDefault="00A243B2">
      <w:pPr>
        <w:spacing w:after="60"/>
      </w:pPr>
    </w:p>
    <w:p w14:paraId="5BCEF91A" w14:textId="77777777" w:rsidR="0076094B" w:rsidRDefault="00D366D8">
      <w:pPr>
        <w:spacing w:after="60"/>
      </w:pPr>
      <w:r>
        <w:rPr>
          <w:b/>
        </w:rPr>
        <w:t xml:space="preserve"> </w:t>
      </w:r>
      <w:r>
        <w:t>_________________________________________________________________</w:t>
      </w:r>
    </w:p>
    <w:p w14:paraId="33883663" w14:textId="77777777" w:rsidR="00A243B2" w:rsidRDefault="00A243B2">
      <w:pPr>
        <w:spacing w:after="60"/>
      </w:pPr>
    </w:p>
    <w:p w14:paraId="2E373D5A" w14:textId="77777777" w:rsidR="0076094B" w:rsidRDefault="00D366D8">
      <w:pPr>
        <w:spacing w:after="60"/>
      </w:pPr>
      <w:r>
        <w:rPr>
          <w:b/>
        </w:rPr>
        <w:t xml:space="preserve"> </w:t>
      </w:r>
      <w:r>
        <w:t>_________________________________________________________________</w:t>
      </w:r>
    </w:p>
    <w:p w14:paraId="5FAB8D84" w14:textId="77777777" w:rsidR="00A243B2" w:rsidRDefault="00A243B2">
      <w:pPr>
        <w:spacing w:after="60"/>
      </w:pPr>
    </w:p>
    <w:p w14:paraId="1839768C" w14:textId="77777777" w:rsidR="0076094B" w:rsidRDefault="00D366D8">
      <w:pPr>
        <w:spacing w:after="60"/>
      </w:pPr>
      <w:r>
        <w:rPr>
          <w:b/>
        </w:rPr>
        <w:t xml:space="preserve"> </w:t>
      </w:r>
      <w:r>
        <w:t>_________________________________________________________________</w:t>
      </w:r>
    </w:p>
    <w:p w14:paraId="478AFA56" w14:textId="77777777" w:rsidR="00A243B2" w:rsidRDefault="00A243B2">
      <w:pPr>
        <w:spacing w:after="60"/>
      </w:pPr>
    </w:p>
    <w:p w14:paraId="14E82A9E" w14:textId="77777777" w:rsidR="00A243B2" w:rsidRDefault="00A243B2">
      <w:pPr>
        <w:spacing w:after="60"/>
      </w:pPr>
    </w:p>
    <w:p w14:paraId="6F858BF5" w14:textId="77777777" w:rsidR="0076094B" w:rsidRDefault="00D366D8">
      <w:pPr>
        <w:pStyle w:val="berschrift1"/>
      </w:pPr>
      <w:r>
        <w:t xml:space="preserve">5. </w:t>
      </w:r>
      <w:proofErr w:type="spellStart"/>
      <w:r>
        <w:t>Übergebene</w:t>
      </w:r>
      <w:proofErr w:type="spellEnd"/>
      <w:r>
        <w:t xml:space="preserve"> </w:t>
      </w:r>
      <w:proofErr w:type="spellStart"/>
      <w:r>
        <w:t>Unterlagen</w:t>
      </w:r>
      <w:proofErr w:type="spellEnd"/>
      <w:r>
        <w:t xml:space="preserve"> und </w:t>
      </w:r>
      <w:proofErr w:type="spellStart"/>
      <w:r>
        <w:t>Gegenstände</w:t>
      </w:r>
      <w:proofErr w:type="spellEnd"/>
    </w:p>
    <w:p w14:paraId="08CA30B1" w14:textId="77777777" w:rsidR="00A243B2" w:rsidRPr="00A243B2" w:rsidRDefault="00A243B2" w:rsidP="00A243B2"/>
    <w:p w14:paraId="7157318F" w14:textId="77777777" w:rsidR="0076094B" w:rsidRDefault="00D366D8">
      <w:pPr>
        <w:spacing w:after="80"/>
      </w:pPr>
      <w:r>
        <w:t>☐</w:t>
      </w:r>
      <w:r>
        <w:t xml:space="preserve"> Heimtierausweis / Impfpass     ☐ Tierärztliche Unterlagen     ☐ Laborbefunde</w:t>
      </w:r>
    </w:p>
    <w:p w14:paraId="39152905" w14:textId="77777777" w:rsidR="0076094B" w:rsidRDefault="00D366D8">
      <w:pPr>
        <w:spacing w:after="80"/>
      </w:pPr>
      <w:r>
        <w:t>☐</w:t>
      </w:r>
      <w:r>
        <w:t xml:space="preserve"> Registrierungsunterlagen     ☐ </w:t>
      </w:r>
      <w:proofErr w:type="spellStart"/>
      <w:r>
        <w:t>Abstammungs</w:t>
      </w:r>
      <w:proofErr w:type="spellEnd"/>
      <w:r>
        <w:t>-/</w:t>
      </w:r>
      <w:proofErr w:type="spellStart"/>
      <w:r>
        <w:t>Herkunftsnachweise</w:t>
      </w:r>
      <w:proofErr w:type="spellEnd"/>
      <w:r>
        <w:t xml:space="preserve">     ☐ </w:t>
      </w:r>
      <w:proofErr w:type="spellStart"/>
      <w:r>
        <w:t>Sonstige</w:t>
      </w:r>
      <w:proofErr w:type="spellEnd"/>
      <w:r>
        <w:t xml:space="preserve"> </w:t>
      </w:r>
      <w:proofErr w:type="spellStart"/>
      <w:r>
        <w:t>Unterlagen</w:t>
      </w:r>
      <w:proofErr w:type="spellEnd"/>
    </w:p>
    <w:p w14:paraId="47E1DF86" w14:textId="77777777" w:rsidR="00A243B2" w:rsidRDefault="00A243B2">
      <w:pPr>
        <w:spacing w:after="80"/>
      </w:pPr>
    </w:p>
    <w:p w14:paraId="7BD37835" w14:textId="004D1809" w:rsidR="0076094B" w:rsidRDefault="00D366D8">
      <w:pPr>
        <w:spacing w:after="60"/>
      </w:pPr>
      <w:proofErr w:type="spellStart"/>
      <w:r>
        <w:rPr>
          <w:b/>
        </w:rPr>
        <w:t>Sonstiges</w:t>
      </w:r>
      <w:proofErr w:type="spellEnd"/>
      <w:r>
        <w:rPr>
          <w:b/>
        </w:rPr>
        <w:t xml:space="preserve"> / </w:t>
      </w:r>
      <w:proofErr w:type="spellStart"/>
      <w:r>
        <w:rPr>
          <w:b/>
        </w:rPr>
        <w:t>Zubehör</w:t>
      </w:r>
      <w:proofErr w:type="spellEnd"/>
      <w:r>
        <w:rPr>
          <w:b/>
        </w:rPr>
        <w:t xml:space="preserve">: </w:t>
      </w:r>
      <w:r>
        <w:t>____________________________________________________________</w:t>
      </w:r>
    </w:p>
    <w:p w14:paraId="11A263B7" w14:textId="77777777" w:rsidR="00A243B2" w:rsidRDefault="00A243B2">
      <w:pPr>
        <w:spacing w:after="60"/>
      </w:pPr>
    </w:p>
    <w:p w14:paraId="04EFF273" w14:textId="77777777" w:rsidR="00A243B2" w:rsidRDefault="00A243B2">
      <w:pPr>
        <w:spacing w:after="60"/>
      </w:pPr>
    </w:p>
    <w:p w14:paraId="792393EE" w14:textId="77777777" w:rsidR="00A243B2" w:rsidRDefault="00A243B2">
      <w:pPr>
        <w:spacing w:after="60"/>
      </w:pPr>
    </w:p>
    <w:p w14:paraId="42715956" w14:textId="77777777" w:rsidR="00A243B2" w:rsidRDefault="00A243B2">
      <w:pPr>
        <w:spacing w:after="60"/>
      </w:pPr>
    </w:p>
    <w:p w14:paraId="04AD3281" w14:textId="77777777" w:rsidR="00A243B2" w:rsidRDefault="00A243B2">
      <w:pPr>
        <w:spacing w:after="60"/>
      </w:pPr>
    </w:p>
    <w:p w14:paraId="1068530C" w14:textId="77777777" w:rsidR="00A243B2" w:rsidRDefault="00A243B2">
      <w:pPr>
        <w:spacing w:after="60"/>
      </w:pPr>
    </w:p>
    <w:p w14:paraId="69925BE3" w14:textId="77777777" w:rsidR="00A243B2" w:rsidRDefault="00A243B2">
      <w:pPr>
        <w:spacing w:after="60"/>
      </w:pPr>
    </w:p>
    <w:p w14:paraId="4A224D5B" w14:textId="77777777" w:rsidR="00A243B2" w:rsidRDefault="00A243B2">
      <w:pPr>
        <w:pStyle w:val="berschrift1"/>
      </w:pPr>
    </w:p>
    <w:p w14:paraId="5D6265B3" w14:textId="22E466A3" w:rsidR="00A243B2" w:rsidRDefault="00D366D8" w:rsidP="00A243B2">
      <w:pPr>
        <w:pStyle w:val="berschrift1"/>
      </w:pPr>
      <w:r>
        <w:t xml:space="preserve">6. Art der </w:t>
      </w:r>
      <w:proofErr w:type="spellStart"/>
      <w:r>
        <w:t>Überlassung</w:t>
      </w:r>
      <w:proofErr w:type="spellEnd"/>
      <w:r>
        <w:t xml:space="preserve"> und </w:t>
      </w:r>
      <w:proofErr w:type="spellStart"/>
      <w:r>
        <w:t>Zahlung</w:t>
      </w:r>
      <w:proofErr w:type="spellEnd"/>
    </w:p>
    <w:p w14:paraId="193F8B64" w14:textId="77777777" w:rsidR="00A243B2" w:rsidRPr="00A243B2" w:rsidRDefault="00A243B2" w:rsidP="00A243B2"/>
    <w:p w14:paraId="00CBB11E" w14:textId="77777777" w:rsidR="00A243B2" w:rsidRDefault="00D366D8">
      <w:pPr>
        <w:spacing w:after="80"/>
      </w:pPr>
      <w:r>
        <w:rPr>
          <w:rFonts w:ascii="Segoe UI Symbol" w:hAnsi="Segoe UI Symbol" w:cs="Segoe UI Symbol"/>
        </w:rPr>
        <w:t>☐</w:t>
      </w:r>
      <w:r>
        <w:t xml:space="preserve"> unentgeltliche Überlassung     ☐ vereinbarter Kosten-/Schutzbeitrag     </w:t>
      </w:r>
    </w:p>
    <w:p w14:paraId="6F15742E" w14:textId="35D328A9" w:rsidR="0076094B" w:rsidRDefault="00D366D8">
      <w:pPr>
        <w:spacing w:after="80"/>
      </w:pPr>
      <w:r>
        <w:t>☐</w:t>
      </w:r>
      <w:r>
        <w:t xml:space="preserve"> Kauf / </w:t>
      </w:r>
      <w:proofErr w:type="spellStart"/>
      <w:r>
        <w:t>sonstige</w:t>
      </w:r>
      <w:proofErr w:type="spellEnd"/>
      <w:r>
        <w:t xml:space="preserve"> </w:t>
      </w:r>
      <w:proofErr w:type="spellStart"/>
      <w:r>
        <w:t>entgeltliche</w:t>
      </w:r>
      <w:proofErr w:type="spellEnd"/>
      <w:r>
        <w:t xml:space="preserve"> </w:t>
      </w:r>
      <w:proofErr w:type="spellStart"/>
      <w:r>
        <w:t>Überlassung</w:t>
      </w:r>
      <w:proofErr w:type="spellEnd"/>
    </w:p>
    <w:p w14:paraId="0D366500" w14:textId="77777777" w:rsidR="00A243B2" w:rsidRDefault="00A243B2">
      <w:pPr>
        <w:spacing w:after="80"/>
      </w:pPr>
    </w:p>
    <w:p w14:paraId="25170385" w14:textId="77777777" w:rsidR="0076094B" w:rsidRDefault="00D366D8">
      <w:pPr>
        <w:spacing w:after="60"/>
      </w:pPr>
      <w:r>
        <w:rPr>
          <w:b/>
        </w:rPr>
        <w:t xml:space="preserve">Betrag: </w:t>
      </w:r>
      <w:r>
        <w:t>_________________________________________________________________</w:t>
      </w:r>
    </w:p>
    <w:p w14:paraId="37395F89" w14:textId="77777777" w:rsidR="00A243B2" w:rsidRDefault="00A243B2">
      <w:pPr>
        <w:spacing w:after="60"/>
      </w:pPr>
    </w:p>
    <w:p w14:paraId="7EEED410" w14:textId="5CAB356C" w:rsidR="0076094B" w:rsidRDefault="00D366D8">
      <w:pPr>
        <w:spacing w:after="80"/>
      </w:pPr>
      <w:r>
        <w:t>☐</w:t>
      </w:r>
      <w:r>
        <w:t xml:space="preserve"> bar bezahlt     ☐ per Überweisung bezahlt / </w:t>
      </w:r>
      <w:proofErr w:type="spellStart"/>
      <w:r>
        <w:t>fällig</w:t>
      </w:r>
      <w:proofErr w:type="spellEnd"/>
      <w:r>
        <w:t xml:space="preserve"> bis: ______________</w:t>
      </w:r>
      <w:r w:rsidR="00A243B2">
        <w:t>___________</w:t>
      </w:r>
      <w:r>
        <w:t>____</w:t>
      </w:r>
    </w:p>
    <w:p w14:paraId="78D59D2E" w14:textId="77777777" w:rsidR="00A243B2" w:rsidRDefault="00A243B2">
      <w:pPr>
        <w:spacing w:after="80"/>
      </w:pPr>
    </w:p>
    <w:p w14:paraId="1E10CE1A" w14:textId="77777777" w:rsidR="00A243B2" w:rsidRDefault="00A243B2">
      <w:pPr>
        <w:spacing w:after="80"/>
      </w:pPr>
    </w:p>
    <w:p w14:paraId="2B4A6658" w14:textId="77777777" w:rsidR="0076094B" w:rsidRDefault="00D366D8">
      <w:r>
        <w:t xml:space="preserve">Die Parteien wissen, dass die rechtliche Einordnung des Vertrags von seiner tatsächlichen Ausgestaltung abhängt. Gesetzliche Rechte und Pflichten werden durch die </w:t>
      </w:r>
      <w:proofErr w:type="spellStart"/>
      <w:r>
        <w:t>gewählte</w:t>
      </w:r>
      <w:proofErr w:type="spellEnd"/>
      <w:r>
        <w:t xml:space="preserve"> </w:t>
      </w:r>
      <w:proofErr w:type="spellStart"/>
      <w:r>
        <w:t>Bezeichnung</w:t>
      </w:r>
      <w:proofErr w:type="spellEnd"/>
      <w:r>
        <w:t xml:space="preserve"> </w:t>
      </w:r>
      <w:proofErr w:type="spellStart"/>
      <w:r>
        <w:t>nicht</w:t>
      </w:r>
      <w:proofErr w:type="spellEnd"/>
      <w:r>
        <w:t xml:space="preserve"> </w:t>
      </w:r>
      <w:proofErr w:type="spellStart"/>
      <w:r>
        <w:t>ausgeschlossen</w:t>
      </w:r>
      <w:proofErr w:type="spellEnd"/>
      <w:r>
        <w:t>.</w:t>
      </w:r>
    </w:p>
    <w:p w14:paraId="20229677" w14:textId="77777777" w:rsidR="00A243B2" w:rsidRDefault="00A243B2"/>
    <w:p w14:paraId="6045139C" w14:textId="77777777" w:rsidR="0076094B" w:rsidRDefault="00D366D8">
      <w:pPr>
        <w:pStyle w:val="berschrift1"/>
      </w:pPr>
      <w:r>
        <w:t>7. Erklärungen der übergebenden Seite</w:t>
      </w:r>
    </w:p>
    <w:p w14:paraId="550E391D" w14:textId="77777777" w:rsidR="0076094B" w:rsidRDefault="00D366D8">
      <w:pPr>
        <w:pStyle w:val="Aufzhlungszeichen"/>
        <w:ind w:left="283" w:hanging="142"/>
      </w:pPr>
      <w:r>
        <w:t>Die übergebende Seite ist zur Übergabe des Tieres berechtigt und weist auf bekannte Rechte Dritter hin.</w:t>
      </w:r>
    </w:p>
    <w:p w14:paraId="1DB1E787" w14:textId="77777777" w:rsidR="0076094B" w:rsidRDefault="00D366D8">
      <w:pPr>
        <w:pStyle w:val="Aufzhlungszeichen"/>
        <w:ind w:left="283" w:hanging="142"/>
      </w:pPr>
      <w:r>
        <w:t>Alle bekannten wesentlichen Informationen zu Herkunft, Gesundheit und Verhalten wurden nach bestem Wissen mitgeteilt.</w:t>
      </w:r>
    </w:p>
    <w:p w14:paraId="4D0BDF4A" w14:textId="77777777" w:rsidR="0076094B" w:rsidRDefault="00D366D8">
      <w:pPr>
        <w:pStyle w:val="Aufzhlungszeichen"/>
        <w:ind w:left="283" w:hanging="142"/>
      </w:pPr>
      <w:r>
        <w:t>Bekannte behördliche Auflagen, Haltungsbeschränkungen oder sonstige rechtlich relevante Besonderheiten werden offengelegt.</w:t>
      </w:r>
    </w:p>
    <w:p w14:paraId="5B81EB07" w14:textId="77777777" w:rsidR="0076094B" w:rsidRDefault="00D366D8">
      <w:pPr>
        <w:pStyle w:val="Aufzhlungszeichen"/>
        <w:ind w:left="283" w:hanging="142"/>
      </w:pPr>
      <w:r>
        <w:t xml:space="preserve">Vorhandene Unterlagen werden vollständig oder mit Hinweis auf </w:t>
      </w:r>
      <w:proofErr w:type="spellStart"/>
      <w:r>
        <w:t>noch</w:t>
      </w:r>
      <w:proofErr w:type="spellEnd"/>
      <w:r>
        <w:t xml:space="preserve"> </w:t>
      </w:r>
      <w:proofErr w:type="spellStart"/>
      <w:r>
        <w:t>fehlende</w:t>
      </w:r>
      <w:proofErr w:type="spellEnd"/>
      <w:r>
        <w:t xml:space="preserve"> </w:t>
      </w:r>
      <w:proofErr w:type="spellStart"/>
      <w:r>
        <w:t>Unterlagen</w:t>
      </w:r>
      <w:proofErr w:type="spellEnd"/>
      <w:r>
        <w:t xml:space="preserve"> </w:t>
      </w:r>
      <w:proofErr w:type="spellStart"/>
      <w:r>
        <w:t>übergeben</w:t>
      </w:r>
      <w:proofErr w:type="spellEnd"/>
      <w:r>
        <w:t>.</w:t>
      </w:r>
    </w:p>
    <w:p w14:paraId="2B4C7FD1" w14:textId="77777777" w:rsidR="00A243B2" w:rsidRDefault="00A243B2" w:rsidP="00A243B2">
      <w:pPr>
        <w:pStyle w:val="Aufzhlungszeichen"/>
        <w:numPr>
          <w:ilvl w:val="0"/>
          <w:numId w:val="0"/>
        </w:numPr>
        <w:ind w:left="360" w:hanging="360"/>
      </w:pPr>
    </w:p>
    <w:p w14:paraId="3E73D487" w14:textId="77777777" w:rsidR="00A243B2" w:rsidRDefault="00A243B2" w:rsidP="00A243B2">
      <w:pPr>
        <w:pStyle w:val="Aufzhlungszeichen"/>
        <w:numPr>
          <w:ilvl w:val="0"/>
          <w:numId w:val="0"/>
        </w:numPr>
        <w:ind w:left="360" w:hanging="360"/>
      </w:pPr>
    </w:p>
    <w:p w14:paraId="17194DDB" w14:textId="77777777" w:rsidR="00A243B2" w:rsidRDefault="00A243B2" w:rsidP="00A243B2">
      <w:pPr>
        <w:pStyle w:val="Aufzhlungszeichen"/>
        <w:numPr>
          <w:ilvl w:val="0"/>
          <w:numId w:val="0"/>
        </w:numPr>
        <w:ind w:left="360" w:hanging="360"/>
      </w:pPr>
    </w:p>
    <w:p w14:paraId="00456E5C" w14:textId="77777777" w:rsidR="00A243B2" w:rsidRDefault="00A243B2" w:rsidP="00A243B2">
      <w:pPr>
        <w:pStyle w:val="Aufzhlungszeichen"/>
        <w:numPr>
          <w:ilvl w:val="0"/>
          <w:numId w:val="0"/>
        </w:numPr>
        <w:ind w:left="360" w:hanging="360"/>
      </w:pPr>
    </w:p>
    <w:p w14:paraId="6C03FDD5" w14:textId="77777777" w:rsidR="00A243B2" w:rsidRDefault="00A243B2" w:rsidP="00A243B2">
      <w:pPr>
        <w:pStyle w:val="Aufzhlungszeichen"/>
        <w:numPr>
          <w:ilvl w:val="0"/>
          <w:numId w:val="0"/>
        </w:numPr>
        <w:ind w:left="360" w:hanging="360"/>
      </w:pPr>
    </w:p>
    <w:p w14:paraId="247DEDC6" w14:textId="77777777" w:rsidR="00A243B2" w:rsidRDefault="00A243B2" w:rsidP="00A243B2">
      <w:pPr>
        <w:pStyle w:val="Aufzhlungszeichen"/>
        <w:numPr>
          <w:ilvl w:val="0"/>
          <w:numId w:val="0"/>
        </w:numPr>
        <w:ind w:left="360" w:hanging="360"/>
      </w:pPr>
    </w:p>
    <w:p w14:paraId="35EBBA06" w14:textId="77777777" w:rsidR="00A243B2" w:rsidRDefault="00A243B2" w:rsidP="00A243B2">
      <w:pPr>
        <w:pStyle w:val="Aufzhlungszeichen"/>
        <w:numPr>
          <w:ilvl w:val="0"/>
          <w:numId w:val="0"/>
        </w:numPr>
        <w:ind w:left="360" w:hanging="360"/>
      </w:pPr>
    </w:p>
    <w:p w14:paraId="1AF0FE26" w14:textId="77777777" w:rsidR="00A243B2" w:rsidRDefault="00A243B2" w:rsidP="00A243B2">
      <w:pPr>
        <w:pStyle w:val="Aufzhlungszeichen"/>
        <w:numPr>
          <w:ilvl w:val="0"/>
          <w:numId w:val="0"/>
        </w:numPr>
        <w:ind w:left="360" w:hanging="360"/>
      </w:pPr>
    </w:p>
    <w:p w14:paraId="44F9C75B" w14:textId="77777777" w:rsidR="00A243B2" w:rsidRDefault="00A243B2" w:rsidP="00A243B2">
      <w:pPr>
        <w:pStyle w:val="Aufzhlungszeichen"/>
        <w:numPr>
          <w:ilvl w:val="0"/>
          <w:numId w:val="0"/>
        </w:numPr>
        <w:ind w:left="360" w:hanging="360"/>
      </w:pPr>
    </w:p>
    <w:p w14:paraId="6C9784B4" w14:textId="77777777" w:rsidR="00A243B2" w:rsidRDefault="00A243B2" w:rsidP="00A243B2">
      <w:pPr>
        <w:pStyle w:val="Aufzhlungszeichen"/>
        <w:numPr>
          <w:ilvl w:val="0"/>
          <w:numId w:val="0"/>
        </w:numPr>
        <w:ind w:left="360" w:hanging="360"/>
      </w:pPr>
    </w:p>
    <w:p w14:paraId="03996B81" w14:textId="77777777" w:rsidR="00A243B2" w:rsidRDefault="00A243B2" w:rsidP="00A243B2">
      <w:pPr>
        <w:pStyle w:val="Aufzhlungszeichen"/>
        <w:numPr>
          <w:ilvl w:val="0"/>
          <w:numId w:val="0"/>
        </w:numPr>
        <w:ind w:left="360" w:hanging="360"/>
      </w:pPr>
    </w:p>
    <w:p w14:paraId="2238B39A" w14:textId="77777777" w:rsidR="00A243B2" w:rsidRDefault="00A243B2">
      <w:pPr>
        <w:pStyle w:val="berschrift1"/>
      </w:pPr>
    </w:p>
    <w:p w14:paraId="222260E2" w14:textId="2FBDDF9F" w:rsidR="0076094B" w:rsidRDefault="00D366D8">
      <w:pPr>
        <w:pStyle w:val="berschrift1"/>
      </w:pPr>
      <w:r>
        <w:t>8. Vereinbarungen zur künftigen Haltung</w:t>
      </w:r>
    </w:p>
    <w:p w14:paraId="1BEB82D0" w14:textId="77777777" w:rsidR="0076094B" w:rsidRDefault="00D366D8">
      <w:pPr>
        <w:pStyle w:val="Aufzhlungszeichen"/>
        <w:ind w:left="283" w:hanging="142"/>
      </w:pPr>
      <w:r>
        <w:t>Das Tier wird entsprechend den geltenden tierschutzrechtlichen Anforderungen gehalten, versorgt und bei Bedarf tierärztlich behandelt.</w:t>
      </w:r>
    </w:p>
    <w:p w14:paraId="35062EB2" w14:textId="77777777" w:rsidR="0076094B" w:rsidRDefault="00D366D8">
      <w:pPr>
        <w:pStyle w:val="Aufzhlungszeichen"/>
        <w:ind w:left="283" w:hanging="142"/>
      </w:pPr>
      <w:r>
        <w:t>Das Tier wird nicht für Tierversuche, Kämpfe oder andere tierschutzwidrige Zwecke verwendet.</w:t>
      </w:r>
    </w:p>
    <w:p w14:paraId="493A20EE" w14:textId="77777777" w:rsidR="0076094B" w:rsidRDefault="00D366D8">
      <w:pPr>
        <w:pStyle w:val="Aufzhlungszeichen"/>
        <w:ind w:left="283" w:hanging="142"/>
      </w:pPr>
      <w:r>
        <w:t>Bei einem Hund werden Sicherung und Auslauf so gestaltet, dass ein vermeidbares Entlaufen möglichst verhindert wird; besondere Sicherungsanforderungen können unten ergänzt werden.</w:t>
      </w:r>
    </w:p>
    <w:p w14:paraId="560E2220" w14:textId="77777777" w:rsidR="0076094B" w:rsidRDefault="00D366D8">
      <w:pPr>
        <w:pStyle w:val="Aufzhlungszeichen"/>
        <w:ind w:left="283" w:hanging="142"/>
      </w:pPr>
      <w:r>
        <w:t>Eine Zucht- oder Kastrationsvereinbarung gilt nur, wenn sie unter „Besondere Vereinbarungen“ konkret und rechtlich zulässig festgehalten wurde.</w:t>
      </w:r>
    </w:p>
    <w:p w14:paraId="77401364" w14:textId="77777777" w:rsidR="0076094B" w:rsidRDefault="00D366D8">
      <w:pPr>
        <w:pStyle w:val="Aufzhlungszeichen"/>
        <w:ind w:left="283" w:hanging="142"/>
      </w:pPr>
      <w:r>
        <w:t xml:space="preserve">Kann das Tier dauerhaft nicht mehr gehalten werden, informiert die übernehmende Seite die übergebende Seite möglichst vor einer Weitergabe. Die Parteien können dann gemeinsam prüfen, ob eine Rücknahme oder eine andere geeignete Lösung möglich ist. Eine Rücknahmepflicht besteht nur, wenn </w:t>
      </w:r>
      <w:proofErr w:type="spellStart"/>
      <w:r>
        <w:t>sie</w:t>
      </w:r>
      <w:proofErr w:type="spellEnd"/>
      <w:r>
        <w:t xml:space="preserve"> </w:t>
      </w:r>
      <w:proofErr w:type="spellStart"/>
      <w:r>
        <w:t>ausdrücklich</w:t>
      </w:r>
      <w:proofErr w:type="spellEnd"/>
      <w:r>
        <w:t xml:space="preserve"> </w:t>
      </w:r>
      <w:proofErr w:type="spellStart"/>
      <w:r>
        <w:t>vereinbart</w:t>
      </w:r>
      <w:proofErr w:type="spellEnd"/>
      <w:r>
        <w:t xml:space="preserve"> </w:t>
      </w:r>
      <w:proofErr w:type="spellStart"/>
      <w:r>
        <w:t>wurde</w:t>
      </w:r>
      <w:proofErr w:type="spellEnd"/>
      <w:r>
        <w:t>.</w:t>
      </w:r>
    </w:p>
    <w:p w14:paraId="0E9F736B" w14:textId="77777777" w:rsidR="00A243B2" w:rsidRDefault="00A243B2" w:rsidP="00A243B2">
      <w:pPr>
        <w:pStyle w:val="Aufzhlungszeichen"/>
        <w:numPr>
          <w:ilvl w:val="0"/>
          <w:numId w:val="0"/>
        </w:numPr>
        <w:ind w:left="360" w:hanging="360"/>
      </w:pPr>
    </w:p>
    <w:p w14:paraId="7034E780" w14:textId="77777777" w:rsidR="0076094B" w:rsidRDefault="00D366D8">
      <w:pPr>
        <w:pStyle w:val="berschrift1"/>
      </w:pPr>
      <w:r>
        <w:t xml:space="preserve">9. </w:t>
      </w:r>
      <w:proofErr w:type="spellStart"/>
      <w:r>
        <w:t>Kontakt</w:t>
      </w:r>
      <w:proofErr w:type="spellEnd"/>
      <w:r>
        <w:t xml:space="preserve"> </w:t>
      </w:r>
      <w:proofErr w:type="spellStart"/>
      <w:r>
        <w:t>nach</w:t>
      </w:r>
      <w:proofErr w:type="spellEnd"/>
      <w:r>
        <w:t xml:space="preserve"> der </w:t>
      </w:r>
      <w:proofErr w:type="spellStart"/>
      <w:r>
        <w:t>Übergabe</w:t>
      </w:r>
      <w:proofErr w:type="spellEnd"/>
    </w:p>
    <w:p w14:paraId="390EF90E" w14:textId="77777777" w:rsidR="00A243B2" w:rsidRPr="00A243B2" w:rsidRDefault="00A243B2" w:rsidP="00A243B2"/>
    <w:p w14:paraId="38A20339" w14:textId="77777777" w:rsidR="0076094B" w:rsidRDefault="00D366D8">
      <w:r>
        <w:t xml:space="preserve">Eine Nachbetreuung kann sinnvoll sein, begründet aber kein allgemeines Recht, Wohnung oder Grundstück ohne Zustimmung zu betreten. Gewünschte Rückmeldungen </w:t>
      </w:r>
      <w:proofErr w:type="spellStart"/>
      <w:r>
        <w:t>werden</w:t>
      </w:r>
      <w:proofErr w:type="spellEnd"/>
      <w:r>
        <w:t xml:space="preserve"> </w:t>
      </w:r>
      <w:proofErr w:type="spellStart"/>
      <w:r>
        <w:t>hier</w:t>
      </w:r>
      <w:proofErr w:type="spellEnd"/>
      <w:r>
        <w:t xml:space="preserve"> </w:t>
      </w:r>
      <w:proofErr w:type="spellStart"/>
      <w:r>
        <w:t>konkret</w:t>
      </w:r>
      <w:proofErr w:type="spellEnd"/>
      <w:r>
        <w:t xml:space="preserve"> </w:t>
      </w:r>
      <w:proofErr w:type="spellStart"/>
      <w:r>
        <w:t>vereinbart</w:t>
      </w:r>
      <w:proofErr w:type="spellEnd"/>
      <w:r>
        <w:t>:</w:t>
      </w:r>
    </w:p>
    <w:p w14:paraId="4965BDAA" w14:textId="77777777" w:rsidR="00A243B2" w:rsidRDefault="00A243B2"/>
    <w:p w14:paraId="6B27F018" w14:textId="77777777" w:rsidR="00A243B2" w:rsidRDefault="00D366D8">
      <w:pPr>
        <w:spacing w:after="80"/>
      </w:pPr>
      <w:r>
        <w:t>☐</w:t>
      </w:r>
      <w:r>
        <w:t xml:space="preserve"> keine besondere Rückmeldung vereinbart     ☐ Rückmeldung nach ______ Tagen / Wochen     </w:t>
      </w:r>
    </w:p>
    <w:p w14:paraId="120B7D3F" w14:textId="77777777" w:rsidR="00A243B2" w:rsidRDefault="00A243B2">
      <w:pPr>
        <w:spacing w:after="80"/>
      </w:pPr>
    </w:p>
    <w:p w14:paraId="3A6286F0" w14:textId="7632B30A" w:rsidR="0076094B" w:rsidRDefault="00D366D8">
      <w:pPr>
        <w:spacing w:after="80"/>
      </w:pPr>
      <w:r>
        <w:t>☐</w:t>
      </w:r>
      <w:r>
        <w:t xml:space="preserve"> </w:t>
      </w:r>
      <w:proofErr w:type="spellStart"/>
      <w:r>
        <w:t>Rückmeldung</w:t>
      </w:r>
      <w:proofErr w:type="spellEnd"/>
      <w:r>
        <w:t xml:space="preserve"> </w:t>
      </w:r>
      <w:proofErr w:type="spellStart"/>
      <w:r>
        <w:t>bei</w:t>
      </w:r>
      <w:proofErr w:type="spellEnd"/>
      <w:r>
        <w:t xml:space="preserve"> </w:t>
      </w:r>
      <w:proofErr w:type="spellStart"/>
      <w:r>
        <w:t>Problemen</w:t>
      </w:r>
      <w:proofErr w:type="spellEnd"/>
      <w:r>
        <w:t xml:space="preserve"> gewünscht</w:t>
      </w:r>
    </w:p>
    <w:p w14:paraId="27E556C4" w14:textId="77777777" w:rsidR="00A243B2" w:rsidRDefault="00A243B2">
      <w:pPr>
        <w:spacing w:after="60"/>
        <w:rPr>
          <w:b/>
        </w:rPr>
      </w:pPr>
    </w:p>
    <w:p w14:paraId="079E1E62" w14:textId="77777777" w:rsidR="00A243B2" w:rsidRDefault="00A243B2">
      <w:pPr>
        <w:spacing w:after="60"/>
        <w:rPr>
          <w:b/>
        </w:rPr>
      </w:pPr>
    </w:p>
    <w:p w14:paraId="3A430D37" w14:textId="77777777" w:rsidR="00A243B2" w:rsidRDefault="00D366D8" w:rsidP="00A243B2">
      <w:pPr>
        <w:spacing w:after="60"/>
        <w:rPr>
          <w:b/>
        </w:rPr>
      </w:pPr>
      <w:proofErr w:type="spellStart"/>
      <w:r>
        <w:rPr>
          <w:b/>
        </w:rPr>
        <w:t>Weitere</w:t>
      </w:r>
      <w:proofErr w:type="spellEnd"/>
      <w:r>
        <w:rPr>
          <w:b/>
        </w:rPr>
        <w:t xml:space="preserve"> </w:t>
      </w:r>
      <w:proofErr w:type="spellStart"/>
      <w:r>
        <w:rPr>
          <w:b/>
        </w:rPr>
        <w:t>Vereinbarung</w:t>
      </w:r>
      <w:proofErr w:type="spellEnd"/>
      <w:r>
        <w:rPr>
          <w:b/>
        </w:rPr>
        <w:t>:</w:t>
      </w:r>
    </w:p>
    <w:p w14:paraId="47B7973D" w14:textId="77777777" w:rsidR="00A243B2" w:rsidRDefault="00A243B2" w:rsidP="00A243B2">
      <w:pPr>
        <w:spacing w:after="60"/>
        <w:rPr>
          <w:b/>
        </w:rPr>
      </w:pPr>
    </w:p>
    <w:p w14:paraId="5B84CFA6" w14:textId="77777777" w:rsidR="00A243B2" w:rsidRDefault="00A243B2" w:rsidP="00A243B2">
      <w:pPr>
        <w:spacing w:after="60"/>
      </w:pPr>
      <w:r>
        <w:t>_________________________________________________________________</w:t>
      </w:r>
    </w:p>
    <w:p w14:paraId="111EFF0E" w14:textId="77777777" w:rsidR="00A243B2" w:rsidRDefault="00A243B2" w:rsidP="00A243B2">
      <w:pPr>
        <w:spacing w:after="60"/>
      </w:pPr>
    </w:p>
    <w:p w14:paraId="6D2B7734" w14:textId="77777777" w:rsidR="00A243B2" w:rsidRDefault="00A243B2" w:rsidP="00A243B2">
      <w:pPr>
        <w:spacing w:after="60"/>
      </w:pPr>
      <w:r>
        <w:t>_________________________________________________________________</w:t>
      </w:r>
    </w:p>
    <w:p w14:paraId="3788EBCB" w14:textId="77777777" w:rsidR="00A243B2" w:rsidRDefault="00A243B2" w:rsidP="00A243B2">
      <w:pPr>
        <w:spacing w:after="60"/>
      </w:pPr>
    </w:p>
    <w:p w14:paraId="36F476F8" w14:textId="77777777" w:rsidR="00A243B2" w:rsidRDefault="00A243B2" w:rsidP="00A243B2">
      <w:pPr>
        <w:spacing w:after="60"/>
        <w:rPr>
          <w:b/>
        </w:rPr>
      </w:pPr>
    </w:p>
    <w:p w14:paraId="022B003F" w14:textId="77777777" w:rsidR="00A243B2" w:rsidRDefault="00A243B2" w:rsidP="00A243B2">
      <w:pPr>
        <w:spacing w:after="60"/>
        <w:rPr>
          <w:b/>
        </w:rPr>
      </w:pPr>
    </w:p>
    <w:p w14:paraId="479A064D" w14:textId="77777777" w:rsidR="00A243B2" w:rsidRDefault="00A243B2">
      <w:pPr>
        <w:spacing w:after="60"/>
      </w:pPr>
    </w:p>
    <w:p w14:paraId="77D2045B" w14:textId="77777777" w:rsidR="00A243B2" w:rsidRDefault="00A243B2">
      <w:pPr>
        <w:spacing w:after="60"/>
      </w:pPr>
    </w:p>
    <w:p w14:paraId="03034BC8" w14:textId="77777777" w:rsidR="00A243B2" w:rsidRDefault="00A243B2">
      <w:pPr>
        <w:spacing w:after="60"/>
      </w:pPr>
    </w:p>
    <w:p w14:paraId="6B46DE18" w14:textId="77777777" w:rsidR="00A243B2" w:rsidRDefault="00A243B2">
      <w:pPr>
        <w:pStyle w:val="berschrift1"/>
      </w:pPr>
    </w:p>
    <w:p w14:paraId="45A0C92D" w14:textId="1ACAA5C9" w:rsidR="0076094B" w:rsidRDefault="00D366D8">
      <w:pPr>
        <w:pStyle w:val="berschrift1"/>
      </w:pPr>
      <w:r>
        <w:t>10. Besondere Vereinbarungen</w:t>
      </w:r>
    </w:p>
    <w:p w14:paraId="111EA5DA" w14:textId="77777777" w:rsidR="00A243B2" w:rsidRDefault="00A243B2">
      <w:pPr>
        <w:spacing w:after="60"/>
        <w:rPr>
          <w:b/>
        </w:rPr>
      </w:pPr>
    </w:p>
    <w:p w14:paraId="4452A43B" w14:textId="18C322E7" w:rsidR="0076094B" w:rsidRDefault="00D366D8">
      <w:pPr>
        <w:spacing w:after="60"/>
      </w:pPr>
      <w:r>
        <w:rPr>
          <w:b/>
        </w:rPr>
        <w:t xml:space="preserve"> </w:t>
      </w:r>
      <w:r>
        <w:t>_________________________________________________________________</w:t>
      </w:r>
    </w:p>
    <w:p w14:paraId="64731443" w14:textId="77777777" w:rsidR="00A243B2" w:rsidRDefault="00A243B2">
      <w:pPr>
        <w:spacing w:after="60"/>
        <w:rPr>
          <w:b/>
        </w:rPr>
      </w:pPr>
    </w:p>
    <w:p w14:paraId="31733FF4" w14:textId="5FCD5CEF" w:rsidR="0076094B" w:rsidRDefault="00D366D8">
      <w:pPr>
        <w:spacing w:after="60"/>
      </w:pPr>
      <w:r>
        <w:rPr>
          <w:b/>
        </w:rPr>
        <w:t xml:space="preserve"> </w:t>
      </w:r>
      <w:r>
        <w:t>_________________________________________________________________</w:t>
      </w:r>
    </w:p>
    <w:p w14:paraId="1DF59DDA" w14:textId="77777777" w:rsidR="00A243B2" w:rsidRDefault="00A243B2">
      <w:pPr>
        <w:spacing w:after="60"/>
        <w:rPr>
          <w:b/>
        </w:rPr>
      </w:pPr>
    </w:p>
    <w:p w14:paraId="2D694949" w14:textId="2DDD4D92" w:rsidR="0076094B" w:rsidRDefault="00D366D8">
      <w:pPr>
        <w:spacing w:after="60"/>
      </w:pPr>
      <w:r>
        <w:rPr>
          <w:b/>
        </w:rPr>
        <w:t xml:space="preserve"> </w:t>
      </w:r>
      <w:r>
        <w:t>_________________________________________________________________</w:t>
      </w:r>
    </w:p>
    <w:p w14:paraId="368D49AE" w14:textId="77777777" w:rsidR="00A243B2" w:rsidRDefault="00A243B2">
      <w:pPr>
        <w:spacing w:after="60"/>
        <w:rPr>
          <w:b/>
        </w:rPr>
      </w:pPr>
    </w:p>
    <w:p w14:paraId="3B2D4099" w14:textId="72B5766E" w:rsidR="0076094B" w:rsidRDefault="00D366D8">
      <w:pPr>
        <w:spacing w:after="60"/>
      </w:pPr>
      <w:r>
        <w:rPr>
          <w:b/>
        </w:rPr>
        <w:t xml:space="preserve"> </w:t>
      </w:r>
      <w:r>
        <w:t>_________________________________________________________________</w:t>
      </w:r>
    </w:p>
    <w:p w14:paraId="593739C6" w14:textId="77777777" w:rsidR="00A243B2" w:rsidRDefault="00A243B2">
      <w:pPr>
        <w:spacing w:after="60"/>
        <w:rPr>
          <w:b/>
        </w:rPr>
      </w:pPr>
    </w:p>
    <w:p w14:paraId="52140792" w14:textId="65506B74" w:rsidR="0076094B" w:rsidRDefault="00D366D8">
      <w:pPr>
        <w:spacing w:after="60"/>
      </w:pPr>
      <w:r>
        <w:rPr>
          <w:b/>
        </w:rPr>
        <w:t xml:space="preserve"> </w:t>
      </w:r>
      <w:r>
        <w:t>_________________________________________________________________</w:t>
      </w:r>
    </w:p>
    <w:p w14:paraId="24550C03" w14:textId="77777777" w:rsidR="00A243B2" w:rsidRDefault="00A243B2">
      <w:pPr>
        <w:spacing w:after="60"/>
        <w:rPr>
          <w:b/>
        </w:rPr>
      </w:pPr>
    </w:p>
    <w:p w14:paraId="65734BA5" w14:textId="36B04BB4" w:rsidR="0076094B" w:rsidRDefault="00D366D8">
      <w:pPr>
        <w:spacing w:after="60"/>
      </w:pPr>
      <w:r>
        <w:rPr>
          <w:b/>
        </w:rPr>
        <w:t xml:space="preserve"> </w:t>
      </w:r>
      <w:r>
        <w:t>_________________________________________________________________</w:t>
      </w:r>
    </w:p>
    <w:p w14:paraId="2B461746" w14:textId="77777777" w:rsidR="00A243B2" w:rsidRDefault="00A243B2">
      <w:pPr>
        <w:pStyle w:val="berschrift1"/>
      </w:pPr>
    </w:p>
    <w:p w14:paraId="1329F075" w14:textId="6DBA9DD6" w:rsidR="0076094B" w:rsidRDefault="00D366D8">
      <w:pPr>
        <w:pStyle w:val="berschrift1"/>
      </w:pPr>
      <w:r>
        <w:t>11. Anlagen</w:t>
      </w:r>
    </w:p>
    <w:p w14:paraId="4ADDD9FB" w14:textId="77777777" w:rsidR="00A243B2" w:rsidRPr="00A243B2" w:rsidRDefault="00A243B2" w:rsidP="00A243B2"/>
    <w:p w14:paraId="4AFA611D" w14:textId="77777777" w:rsidR="0076094B" w:rsidRDefault="00D366D8">
      <w:pPr>
        <w:spacing w:after="80"/>
      </w:pPr>
      <w:r>
        <w:t>☐</w:t>
      </w:r>
      <w:r>
        <w:t xml:space="preserve"> Gesundheitsunterlagen     ☐ Verhaltens-/Haltungsinformationen     ☐ Foto / Tierbeschreibung</w:t>
      </w:r>
    </w:p>
    <w:p w14:paraId="72771397" w14:textId="77777777" w:rsidR="00A243B2" w:rsidRDefault="00A243B2">
      <w:pPr>
        <w:spacing w:after="80"/>
      </w:pPr>
    </w:p>
    <w:p w14:paraId="732C751C" w14:textId="77777777" w:rsidR="00A243B2" w:rsidRDefault="00D366D8">
      <w:pPr>
        <w:spacing w:after="80"/>
      </w:pPr>
      <w:r>
        <w:t>☐</w:t>
      </w:r>
      <w:r>
        <w:t xml:space="preserve"> </w:t>
      </w:r>
      <w:proofErr w:type="spellStart"/>
      <w:r>
        <w:t>Kopie</w:t>
      </w:r>
      <w:proofErr w:type="spellEnd"/>
      <w:r>
        <w:t xml:space="preserve"> </w:t>
      </w:r>
      <w:proofErr w:type="spellStart"/>
      <w:r>
        <w:t>relevanter</w:t>
      </w:r>
      <w:proofErr w:type="spellEnd"/>
      <w:r>
        <w:t xml:space="preserve"> </w:t>
      </w:r>
      <w:proofErr w:type="spellStart"/>
      <w:r>
        <w:t>Genehmigungen</w:t>
      </w:r>
      <w:proofErr w:type="spellEnd"/>
      <w:r>
        <w:t xml:space="preserve"> / Auflagen     </w:t>
      </w:r>
    </w:p>
    <w:p w14:paraId="08F55CDD" w14:textId="77777777" w:rsidR="00A243B2" w:rsidRDefault="00A243B2">
      <w:pPr>
        <w:spacing w:after="80"/>
      </w:pPr>
    </w:p>
    <w:p w14:paraId="026C809D" w14:textId="4E7F95AB" w:rsidR="0076094B" w:rsidRDefault="00D366D8" w:rsidP="00A243B2">
      <w:pPr>
        <w:spacing w:after="60"/>
      </w:pPr>
      <w:r>
        <w:t>☐</w:t>
      </w:r>
      <w:r>
        <w:t xml:space="preserve"> </w:t>
      </w:r>
      <w:proofErr w:type="spellStart"/>
      <w:r>
        <w:t>Sonstige</w:t>
      </w:r>
      <w:proofErr w:type="spellEnd"/>
      <w:r>
        <w:t xml:space="preserve"> Anlage: </w:t>
      </w:r>
      <w:r w:rsidR="00A243B2">
        <w:t xml:space="preserve"> </w:t>
      </w:r>
      <w:r w:rsidR="00A243B2">
        <w:t>______________________________________________________</w:t>
      </w:r>
    </w:p>
    <w:p w14:paraId="2B2F2DF9" w14:textId="77777777" w:rsidR="00A243B2" w:rsidRDefault="00A243B2" w:rsidP="00A243B2">
      <w:pPr>
        <w:spacing w:after="60"/>
      </w:pPr>
    </w:p>
    <w:p w14:paraId="3C441E21" w14:textId="77777777" w:rsidR="00A243B2" w:rsidRDefault="00A243B2" w:rsidP="00A243B2">
      <w:pPr>
        <w:spacing w:after="60"/>
      </w:pPr>
    </w:p>
    <w:p w14:paraId="1152F01B" w14:textId="77777777" w:rsidR="00A243B2" w:rsidRDefault="00A243B2" w:rsidP="00A243B2">
      <w:pPr>
        <w:spacing w:after="60"/>
      </w:pPr>
    </w:p>
    <w:p w14:paraId="53904146" w14:textId="77777777" w:rsidR="00A243B2" w:rsidRDefault="00A243B2" w:rsidP="00A243B2">
      <w:pPr>
        <w:spacing w:after="60"/>
      </w:pPr>
    </w:p>
    <w:p w14:paraId="074B2F41" w14:textId="77777777" w:rsidR="00A243B2" w:rsidRDefault="00A243B2" w:rsidP="00A243B2">
      <w:pPr>
        <w:spacing w:after="60"/>
      </w:pPr>
    </w:p>
    <w:p w14:paraId="1692572E" w14:textId="77777777" w:rsidR="00A243B2" w:rsidRDefault="00A243B2" w:rsidP="00A243B2">
      <w:pPr>
        <w:spacing w:after="60"/>
      </w:pPr>
    </w:p>
    <w:p w14:paraId="09EE5B8E" w14:textId="77777777" w:rsidR="00A243B2" w:rsidRDefault="00A243B2" w:rsidP="00A243B2">
      <w:pPr>
        <w:spacing w:after="60"/>
      </w:pPr>
    </w:p>
    <w:p w14:paraId="2DCF8489" w14:textId="77777777" w:rsidR="00A243B2" w:rsidRDefault="00A243B2" w:rsidP="00A243B2">
      <w:pPr>
        <w:spacing w:after="60"/>
      </w:pPr>
    </w:p>
    <w:p w14:paraId="10ABAEC4" w14:textId="77777777" w:rsidR="00A243B2" w:rsidRDefault="00A243B2" w:rsidP="00A243B2">
      <w:pPr>
        <w:spacing w:after="60"/>
      </w:pPr>
    </w:p>
    <w:p w14:paraId="5EFE5CA9" w14:textId="77777777" w:rsidR="00A243B2" w:rsidRDefault="00A243B2">
      <w:pPr>
        <w:pStyle w:val="berschrift1"/>
      </w:pPr>
    </w:p>
    <w:p w14:paraId="178EA9CE" w14:textId="255C3F8A" w:rsidR="0076094B" w:rsidRDefault="00D366D8">
      <w:pPr>
        <w:pStyle w:val="berschrift1"/>
      </w:pPr>
      <w:r>
        <w:t xml:space="preserve">12. </w:t>
      </w:r>
      <w:proofErr w:type="spellStart"/>
      <w:r>
        <w:t>Schlussbestimmungen</w:t>
      </w:r>
      <w:proofErr w:type="spellEnd"/>
      <w:r>
        <w:t xml:space="preserve"> und </w:t>
      </w:r>
      <w:proofErr w:type="spellStart"/>
      <w:r>
        <w:t>Unterschriften</w:t>
      </w:r>
      <w:proofErr w:type="spellEnd"/>
    </w:p>
    <w:p w14:paraId="26CE5E43" w14:textId="77777777" w:rsidR="00A243B2" w:rsidRPr="00A243B2" w:rsidRDefault="00A243B2" w:rsidP="00A243B2"/>
    <w:p w14:paraId="5715021A" w14:textId="77777777" w:rsidR="0076094B" w:rsidRDefault="00D366D8">
      <w:r>
        <w:t xml:space="preserve">Änderungen und Ergänzungen sollten aus Beweisgründen in Textform dokumentiert werden. Im Übrigen gelten die gesetzlichen Bestimmungen. Diese Vorlage enthält bewusst keine pauschale Vertragsstrafe, kein uneingeschränktes Betretungsrecht und </w:t>
      </w:r>
      <w:proofErr w:type="spellStart"/>
      <w:r>
        <w:t>keine</w:t>
      </w:r>
      <w:proofErr w:type="spellEnd"/>
      <w:r>
        <w:t xml:space="preserve"> </w:t>
      </w:r>
      <w:proofErr w:type="spellStart"/>
      <w:r>
        <w:t>pauschale</w:t>
      </w:r>
      <w:proofErr w:type="spellEnd"/>
      <w:r>
        <w:t xml:space="preserve"> </w:t>
      </w:r>
      <w:proofErr w:type="spellStart"/>
      <w:r>
        <w:t>Gerichtsstandsvereinbarung</w:t>
      </w:r>
      <w:proofErr w:type="spellEnd"/>
      <w:r>
        <w:t>.</w:t>
      </w:r>
    </w:p>
    <w:p w14:paraId="4CB32381" w14:textId="77777777" w:rsidR="00A243B2" w:rsidRDefault="00A243B2"/>
    <w:p w14:paraId="54776D0F" w14:textId="77777777" w:rsidR="00A243B2" w:rsidRDefault="00A243B2"/>
    <w:p w14:paraId="5BFE8E1D" w14:textId="77777777" w:rsidR="0076094B" w:rsidRDefault="0076094B">
      <w:pPr>
        <w:spacing w:before="200"/>
      </w:pPr>
    </w:p>
    <w:tbl>
      <w:tblPr>
        <w:tblW w:w="0" w:type="auto"/>
        <w:jc w:val="center"/>
        <w:tblLayout w:type="fixed"/>
        <w:tblLook w:val="04A0" w:firstRow="1" w:lastRow="0" w:firstColumn="1" w:lastColumn="0" w:noHBand="0" w:noVBand="1"/>
      </w:tblPr>
      <w:tblGrid>
        <w:gridCol w:w="4535"/>
        <w:gridCol w:w="4535"/>
      </w:tblGrid>
      <w:tr w:rsidR="0076094B" w14:paraId="68F0BA65" w14:textId="77777777">
        <w:trPr>
          <w:jc w:val="center"/>
        </w:trPr>
        <w:tc>
          <w:tcPr>
            <w:tcW w:w="4535" w:type="dxa"/>
            <w:tcMar>
              <w:top w:w="70" w:type="dxa"/>
              <w:left w:w="80" w:type="dxa"/>
              <w:bottom w:w="70" w:type="dxa"/>
              <w:right w:w="80" w:type="dxa"/>
            </w:tcMar>
          </w:tcPr>
          <w:p w14:paraId="4F9ED33D" w14:textId="77777777" w:rsidR="0076094B" w:rsidRDefault="00D366D8">
            <w:r>
              <w:rPr>
                <w:sz w:val="22"/>
              </w:rPr>
              <w:t>Ort, Datum: __________________________</w:t>
            </w:r>
          </w:p>
        </w:tc>
        <w:tc>
          <w:tcPr>
            <w:tcW w:w="4535" w:type="dxa"/>
            <w:tcMar>
              <w:top w:w="70" w:type="dxa"/>
              <w:left w:w="80" w:type="dxa"/>
              <w:bottom w:w="70" w:type="dxa"/>
              <w:right w:w="80" w:type="dxa"/>
            </w:tcMar>
          </w:tcPr>
          <w:p w14:paraId="1B1AA9CC" w14:textId="77777777" w:rsidR="0076094B" w:rsidRDefault="00D366D8">
            <w:r>
              <w:rPr>
                <w:sz w:val="22"/>
              </w:rPr>
              <w:t>Ort, Datum: __________________________</w:t>
            </w:r>
          </w:p>
        </w:tc>
      </w:tr>
      <w:tr w:rsidR="0076094B" w14:paraId="41ADDB50" w14:textId="77777777">
        <w:trPr>
          <w:jc w:val="center"/>
        </w:trPr>
        <w:tc>
          <w:tcPr>
            <w:tcW w:w="4535" w:type="dxa"/>
            <w:tcMar>
              <w:top w:w="70" w:type="dxa"/>
              <w:left w:w="80" w:type="dxa"/>
              <w:bottom w:w="70" w:type="dxa"/>
              <w:right w:w="80" w:type="dxa"/>
            </w:tcMar>
          </w:tcPr>
          <w:p w14:paraId="762B92E0" w14:textId="77777777" w:rsidR="0076094B" w:rsidRDefault="0076094B"/>
        </w:tc>
        <w:tc>
          <w:tcPr>
            <w:tcW w:w="4535" w:type="dxa"/>
            <w:tcMar>
              <w:top w:w="70" w:type="dxa"/>
              <w:left w:w="80" w:type="dxa"/>
              <w:bottom w:w="70" w:type="dxa"/>
              <w:right w:w="80" w:type="dxa"/>
            </w:tcMar>
          </w:tcPr>
          <w:p w14:paraId="00AE8195" w14:textId="77777777" w:rsidR="0076094B" w:rsidRDefault="0076094B"/>
        </w:tc>
      </w:tr>
      <w:tr w:rsidR="0076094B" w14:paraId="11ADBDB3" w14:textId="77777777">
        <w:trPr>
          <w:jc w:val="center"/>
        </w:trPr>
        <w:tc>
          <w:tcPr>
            <w:tcW w:w="4535" w:type="dxa"/>
            <w:tcMar>
              <w:top w:w="70" w:type="dxa"/>
              <w:left w:w="80" w:type="dxa"/>
              <w:bottom w:w="70" w:type="dxa"/>
              <w:right w:w="80" w:type="dxa"/>
            </w:tcMar>
          </w:tcPr>
          <w:p w14:paraId="45C37005" w14:textId="77777777" w:rsidR="0076094B" w:rsidRDefault="00D366D8">
            <w:r>
              <w:rPr>
                <w:sz w:val="22"/>
              </w:rPr>
              <w:t>Unterschrift übergebende Seite</w:t>
            </w:r>
          </w:p>
        </w:tc>
        <w:tc>
          <w:tcPr>
            <w:tcW w:w="4535" w:type="dxa"/>
            <w:tcMar>
              <w:top w:w="70" w:type="dxa"/>
              <w:left w:w="80" w:type="dxa"/>
              <w:bottom w:w="70" w:type="dxa"/>
              <w:right w:w="80" w:type="dxa"/>
            </w:tcMar>
          </w:tcPr>
          <w:p w14:paraId="75AD3A98" w14:textId="77777777" w:rsidR="0076094B" w:rsidRDefault="00D366D8">
            <w:r>
              <w:rPr>
                <w:sz w:val="22"/>
              </w:rPr>
              <w:t>Unterschrift übernehmende Seite</w:t>
            </w:r>
          </w:p>
        </w:tc>
      </w:tr>
    </w:tbl>
    <w:tbl>
      <w:tblPr>
        <w:tblW w:w="0" w:type="auto"/>
        <w:jc w:val="center"/>
        <w:tblLook w:val="04A0" w:firstRow="1" w:lastRow="0" w:firstColumn="1" w:lastColumn="0" w:noHBand="0" w:noVBand="1"/>
      </w:tblPr>
      <w:tblGrid>
        <w:gridCol w:w="9972"/>
      </w:tblGrid>
      <w:tr w:rsidR="0076094B" w14:paraId="02AAD300" w14:textId="77777777">
        <w:trPr>
          <w:jc w:val="center"/>
        </w:trPr>
        <w:tc>
          <w:tcPr>
            <w:tcW w:w="9972" w:type="dxa"/>
            <w:shd w:val="clear" w:color="auto" w:fill="F6F7F6"/>
            <w:tcMar>
              <w:top w:w="130" w:type="dxa"/>
              <w:left w:w="150" w:type="dxa"/>
              <w:bottom w:w="130" w:type="dxa"/>
              <w:right w:w="150" w:type="dxa"/>
            </w:tcMar>
          </w:tcPr>
          <w:p w14:paraId="515345D5" w14:textId="77777777" w:rsidR="0076094B" w:rsidRDefault="00D366D8">
            <w:r>
              <w:rPr>
                <w:rFonts w:ascii="Cambria" w:hAnsi="Cambria"/>
                <w:b/>
                <w:color w:val="40584D"/>
              </w:rPr>
              <w:t>Hinweis für Vereine und Organisationen</w:t>
            </w:r>
            <w:r>
              <w:rPr>
                <w:rFonts w:ascii="Cambria" w:hAnsi="Cambria"/>
                <w:b/>
                <w:color w:val="40584D"/>
              </w:rPr>
              <w:br/>
            </w:r>
            <w:r>
              <w:rPr>
                <w:color w:val="26332E"/>
                <w:sz w:val="21"/>
              </w:rPr>
              <w:t>Wer diese Vorlage wiederholt gegenüber Adoptanten verwendet, nutzt regelmäßig vorformulierte Vertragsbedingungen. Dann können insbesondere die Regeln über Allgemeine Geschäftsbedingungen sowie je nach Vertragsgestaltung weitere verbraucherschützende Vorschriften relevant sein. Eine individuelle rechtliche Prüfung der Vereinsfassung ist deshalb sinnvoll.</w:t>
            </w:r>
          </w:p>
        </w:tc>
      </w:tr>
    </w:tbl>
    <w:p w14:paraId="6E6D5993" w14:textId="77777777" w:rsidR="0076094B" w:rsidRDefault="0076094B">
      <w:pPr>
        <w:spacing w:after="0"/>
      </w:pPr>
    </w:p>
    <w:sectPr w:rsidR="0076094B" w:rsidSect="00034616">
      <w:headerReference w:type="default" r:id="rId8"/>
      <w:footerReference w:type="default" r:id="rId9"/>
      <w:pgSz w:w="12240" w:h="15840"/>
      <w:pgMar w:top="935" w:right="1134" w:bottom="907" w:left="1134" w:header="397"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2D40D" w14:textId="77777777" w:rsidR="00D366D8" w:rsidRDefault="00D366D8">
      <w:pPr>
        <w:spacing w:after="0" w:line="240" w:lineRule="auto"/>
      </w:pPr>
      <w:r>
        <w:separator/>
      </w:r>
    </w:p>
  </w:endnote>
  <w:endnote w:type="continuationSeparator" w:id="0">
    <w:p w14:paraId="1F351F6D" w14:textId="77777777" w:rsidR="00D366D8" w:rsidRDefault="00D36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B626" w14:textId="77777777" w:rsidR="0076094B" w:rsidRDefault="00D366D8">
    <w:pPr>
      <w:pStyle w:val="Fuzeile"/>
      <w:jc w:val="center"/>
    </w:pPr>
    <w:proofErr w:type="gramStart"/>
    <w:r>
      <w:rPr>
        <w:color w:val="5C6661"/>
        <w:sz w:val="18"/>
      </w:rPr>
      <w:t>tierschutzkompass.de  ·</w:t>
    </w:r>
    <w:proofErr w:type="gramEnd"/>
    <w:r>
      <w:rPr>
        <w:color w:val="5C6661"/>
        <w:sz w:val="18"/>
      </w:rPr>
      <w:t xml:space="preserve">  pusztamonster-kompetenz-netzwerk.de</w:t>
    </w:r>
  </w:p>
  <w:p w14:paraId="5F869B1B" w14:textId="77777777" w:rsidR="0076094B" w:rsidRDefault="00D366D8">
    <w:pPr>
      <w:jc w:val="right"/>
    </w:pPr>
    <w:proofErr w:type="spellStart"/>
    <w:r>
      <w:rPr>
        <w:color w:val="5C6661"/>
        <w:sz w:val="18"/>
      </w:rPr>
      <w:t>Seite</w:t>
    </w:r>
    <w:proofErr w:type="spellEnd"/>
    <w:r>
      <w:rPr>
        <w:color w:val="5C6661"/>
        <w:sz w:val="18"/>
      </w:rPr>
      <w:t xml:space="preserve"> </w:t>
    </w:r>
    <w:r>
      <w:rPr>
        <w:color w:val="5C6661"/>
        <w:sz w:val="18"/>
      </w:rPr>
      <w:fldChar w:fldCharType="begin"/>
    </w:r>
    <w:r>
      <w:rPr>
        <w:color w:val="5C6661"/>
        <w:sz w:val="18"/>
      </w:rPr>
      <w:instrText>PAGE</w:instrText>
    </w:r>
    <w:r w:rsidR="00A243B2">
      <w:rPr>
        <w:color w:val="5C6661"/>
        <w:sz w:val="18"/>
      </w:rPr>
      <w:fldChar w:fldCharType="separate"/>
    </w:r>
    <w:r w:rsidR="00A243B2">
      <w:rPr>
        <w:noProof/>
        <w:color w:val="5C6661"/>
        <w:sz w:val="18"/>
      </w:rPr>
      <w:t>1</w:t>
    </w:r>
    <w:r>
      <w:rPr>
        <w:color w:val="5C6661"/>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5C90D" w14:textId="77777777" w:rsidR="00D366D8" w:rsidRDefault="00D366D8">
      <w:pPr>
        <w:spacing w:after="0" w:line="240" w:lineRule="auto"/>
      </w:pPr>
      <w:r>
        <w:separator/>
      </w:r>
    </w:p>
  </w:footnote>
  <w:footnote w:type="continuationSeparator" w:id="0">
    <w:p w14:paraId="20727025" w14:textId="77777777" w:rsidR="00D366D8" w:rsidRDefault="00D366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FEF9D" w14:textId="77777777" w:rsidR="0076094B" w:rsidRDefault="00D366D8">
    <w:pPr>
      <w:pStyle w:val="Kopfzeile"/>
      <w:pBdr>
        <w:bottom w:val="single" w:sz="8" w:space="4" w:color="D8E2DD"/>
      </w:pBdr>
    </w:pPr>
    <w:proofErr w:type="gramStart"/>
    <w:r>
      <w:rPr>
        <w:rFonts w:ascii="Cambria" w:hAnsi="Cambria"/>
        <w:b/>
        <w:color w:val="40584D"/>
      </w:rPr>
      <w:t>TIERSCHUTZKOMPASS</w:t>
    </w:r>
    <w:r>
      <w:rPr>
        <w:color w:val="5C6661"/>
        <w:sz w:val="18"/>
      </w:rPr>
      <w:t xml:space="preserve">  |</w:t>
    </w:r>
    <w:proofErr w:type="gramEnd"/>
    <w:r>
      <w:rPr>
        <w:color w:val="5C6661"/>
        <w:sz w:val="18"/>
      </w:rPr>
      <w:t xml:space="preserve">  </w:t>
    </w:r>
    <w:proofErr w:type="spellStart"/>
    <w:r>
      <w:rPr>
        <w:color w:val="5C6661"/>
        <w:sz w:val="18"/>
      </w:rPr>
      <w:t>Praxisunterlage</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732995268">
    <w:abstractNumId w:val="8"/>
  </w:num>
  <w:num w:numId="2" w16cid:durableId="1990013776">
    <w:abstractNumId w:val="6"/>
  </w:num>
  <w:num w:numId="3" w16cid:durableId="1990671978">
    <w:abstractNumId w:val="5"/>
  </w:num>
  <w:num w:numId="4" w16cid:durableId="1851069036">
    <w:abstractNumId w:val="4"/>
  </w:num>
  <w:num w:numId="5" w16cid:durableId="1028532635">
    <w:abstractNumId w:val="7"/>
  </w:num>
  <w:num w:numId="6" w16cid:durableId="1340809623">
    <w:abstractNumId w:val="3"/>
  </w:num>
  <w:num w:numId="7" w16cid:durableId="609436246">
    <w:abstractNumId w:val="2"/>
  </w:num>
  <w:num w:numId="8" w16cid:durableId="2073186783">
    <w:abstractNumId w:val="1"/>
  </w:num>
  <w:num w:numId="9" w16cid:durableId="1268584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738F3"/>
    <w:rsid w:val="0076094B"/>
    <w:rsid w:val="00A243B2"/>
    <w:rsid w:val="00AA1D8D"/>
    <w:rsid w:val="00B47730"/>
    <w:rsid w:val="00CB0664"/>
    <w:rsid w:val="00D366D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C2FBF8"/>
  <w14:defaultImageDpi w14:val="300"/>
  <w15:docId w15:val="{C2B4395D-85EE-4619-87E1-84BD4F96A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59" w:lineRule="auto"/>
    </w:pPr>
    <w:rPr>
      <w:rFonts w:ascii="Calibri" w:hAnsi="Calibri"/>
      <w:sz w:val="24"/>
    </w:rPr>
  </w:style>
  <w:style w:type="paragraph" w:styleId="berschrift1">
    <w:name w:val="heading 1"/>
    <w:basedOn w:val="Standard"/>
    <w:next w:val="Standard"/>
    <w:link w:val="berschrift1Zchn"/>
    <w:uiPriority w:val="9"/>
    <w:qFormat/>
    <w:rsid w:val="00FC693F"/>
    <w:pPr>
      <w:keepNext/>
      <w:keepLines/>
      <w:spacing w:before="200" w:after="100"/>
      <w:outlineLvl w:val="0"/>
    </w:pPr>
    <w:rPr>
      <w:rFonts w:asciiTheme="majorHAnsi" w:eastAsiaTheme="majorEastAsia" w:hAnsiTheme="majorHAnsi" w:cstheme="majorBidi"/>
      <w:b/>
      <w:bCs/>
      <w:color w:val="40584D"/>
      <w:sz w:val="34"/>
      <w:szCs w:val="28"/>
    </w:rPr>
  </w:style>
  <w:style w:type="paragraph" w:styleId="berschrift2">
    <w:name w:val="heading 2"/>
    <w:basedOn w:val="Standard"/>
    <w:next w:val="Standard"/>
    <w:link w:val="berschrift2Zchn"/>
    <w:uiPriority w:val="9"/>
    <w:unhideWhenUsed/>
    <w:qFormat/>
    <w:rsid w:val="00FC693F"/>
    <w:pPr>
      <w:keepNext/>
      <w:keepLines/>
      <w:spacing w:before="200" w:after="100"/>
      <w:outlineLvl w:val="1"/>
    </w:pPr>
    <w:rPr>
      <w:rFonts w:asciiTheme="majorHAnsi" w:eastAsiaTheme="majorEastAsia" w:hAnsiTheme="majorHAnsi" w:cstheme="majorBidi"/>
      <w:b/>
      <w:bCs/>
      <w:color w:val="26332E"/>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100"/>
      <w:outlineLvl w:val="2"/>
    </w:pPr>
    <w:rPr>
      <w:rFonts w:asciiTheme="majorHAnsi" w:eastAsiaTheme="majorEastAsia" w:hAnsiTheme="majorHAnsi" w:cstheme="majorBidi"/>
      <w:b/>
      <w:bCs/>
      <w:color w:val="40584D"/>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b/>
      <w:color w:val="26332E"/>
      <w:spacing w:val="5"/>
      <w:kern w:val="28"/>
      <w:sz w:val="48"/>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inweis">
    <w:name w:val="Hinweis"/>
    <w:pPr>
      <w:spacing w:after="100"/>
    </w:pPr>
    <w:rPr>
      <w:rFonts w:ascii="Calibri" w:hAnsi="Calibri"/>
      <w:color w:val="5C666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1144</Words>
  <Characters>7209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Birgit Hilse</cp:lastModifiedBy>
  <cp:revision>3</cp:revision>
  <dcterms:created xsi:type="dcterms:W3CDTF">2013-12-23T23:15:00Z</dcterms:created>
  <dcterms:modified xsi:type="dcterms:W3CDTF">2026-10-30T13:06:00Z</dcterms:modified>
  <cp:category/>
</cp:coreProperties>
</file>